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AABA" w14:textId="40169213" w:rsidR="00DC6F6C" w:rsidRPr="009E1BDD" w:rsidRDefault="00000000" w:rsidP="00B76DB0">
      <w:pPr>
        <w:spacing w:after="0" w:line="240" w:lineRule="auto"/>
        <w:jc w:val="center"/>
        <w:rPr>
          <w:sz w:val="28"/>
          <w:szCs w:val="28"/>
          <w:lang w:val="pt-BR"/>
        </w:rPr>
      </w:pPr>
      <w:r w:rsidRPr="009E1BDD">
        <w:rPr>
          <w:b/>
          <w:sz w:val="28"/>
          <w:szCs w:val="28"/>
          <w:lang w:val="pt-BR"/>
        </w:rPr>
        <w:t>III PRÊMIO AMVALE UNITAU DE GESTÃO RESPONSÁVEL</w:t>
      </w:r>
      <w:r w:rsidR="009E1BDD" w:rsidRPr="009E1BDD">
        <w:rPr>
          <w:b/>
          <w:sz w:val="28"/>
          <w:szCs w:val="28"/>
          <w:lang w:val="pt-BR"/>
        </w:rPr>
        <w:t xml:space="preserve"> 2026</w:t>
      </w:r>
    </w:p>
    <w:p w14:paraId="20D2AD04" w14:textId="77777777" w:rsidR="00DC6F6C" w:rsidRPr="00616B7B" w:rsidRDefault="00000000" w:rsidP="00B76DB0">
      <w:pPr>
        <w:spacing w:after="0" w:line="240" w:lineRule="auto"/>
        <w:jc w:val="center"/>
        <w:rPr>
          <w:lang w:val="pt-BR"/>
        </w:rPr>
      </w:pPr>
      <w:r>
        <w:rPr>
          <w:b/>
          <w:sz w:val="26"/>
          <w:lang w:val="pt-BR"/>
        </w:rPr>
        <w:t>RESUMO EXPANDIDO DA INICIATIVA – 1ª FASE</w:t>
      </w:r>
    </w:p>
    <w:p w14:paraId="4D442747" w14:textId="1B8FC09B" w:rsidR="00DC6F6C" w:rsidRPr="00616B7B" w:rsidRDefault="00000000" w:rsidP="00B76DB0">
      <w:pPr>
        <w:spacing w:before="240" w:line="240" w:lineRule="auto"/>
        <w:jc w:val="center"/>
        <w:rPr>
          <w:lang w:val="pt-BR"/>
        </w:rPr>
      </w:pPr>
      <w:r>
        <w:rPr>
          <w:b/>
          <w:sz w:val="26"/>
          <w:u w:val="single"/>
          <w:lang w:val="pt-BR"/>
        </w:rPr>
        <w:t>REGRAS PARA SUBMISSÃO</w:t>
      </w:r>
    </w:p>
    <w:p w14:paraId="4AA3AACE" w14:textId="77777777" w:rsidR="00DC6F6C" w:rsidRPr="00616B7B" w:rsidRDefault="00000000">
      <w:pPr>
        <w:spacing w:before="160" w:after="80"/>
        <w:rPr>
          <w:lang w:val="pt-BR"/>
        </w:rPr>
      </w:pPr>
      <w:r>
        <w:rPr>
          <w:b/>
          <w:sz w:val="24"/>
          <w:lang w:val="pt-BR"/>
        </w:rPr>
        <w:t>1. Normas Gerais</w:t>
      </w:r>
    </w:p>
    <w:p w14:paraId="03DC7CC7" w14:textId="33938AD4" w:rsidR="00DC6F6C" w:rsidRDefault="00000000" w:rsidP="00BD2C3F">
      <w:pPr>
        <w:spacing w:after="80"/>
        <w:ind w:firstLine="720"/>
        <w:jc w:val="both"/>
        <w:rPr>
          <w:lang w:val="pt-BR"/>
        </w:rPr>
      </w:pPr>
      <w:r>
        <w:rPr>
          <w:lang w:val="pt-BR"/>
        </w:rPr>
        <w:t xml:space="preserve">Este documento estabelece as normas para elaboração e submissão do Resumo Expandido da Iniciativa na 1ª fase do III Prêmio AMVALE UNITAU de Gestão Responsável. A tabela a seguir apresenta as especificações de preenchimento e envio. Após as regras, encontra-se o </w:t>
      </w:r>
      <w:proofErr w:type="spellStart"/>
      <w:r>
        <w:rPr>
          <w:i/>
          <w:iCs/>
          <w:lang w:val="pt-BR"/>
        </w:rPr>
        <w:t>Template</w:t>
      </w:r>
      <w:proofErr w:type="spellEnd"/>
      <w:r>
        <w:rPr>
          <w:lang w:val="pt-BR"/>
        </w:rPr>
        <w:t xml:space="preserve"> Oficial do Resumo Expandido da Iniciativa, que deverá ser preenchido e submetido conforme as orientações apresentadas.</w:t>
      </w:r>
    </w:p>
    <w:tbl>
      <w:tblPr>
        <w:tblStyle w:val="Tabelacomgrade"/>
        <w:tblW w:w="9388" w:type="dxa"/>
        <w:jc w:val="center"/>
        <w:tblLayout w:type="fixed"/>
        <w:tblLook w:val="04A0" w:firstRow="1" w:lastRow="0" w:firstColumn="1" w:lastColumn="0" w:noHBand="0" w:noVBand="1"/>
      </w:tblPr>
      <w:tblGrid>
        <w:gridCol w:w="2159"/>
        <w:gridCol w:w="7229"/>
      </w:tblGrid>
      <w:tr w:rsidR="00DC6F6C" w:rsidRPr="009E1BDD" w14:paraId="3E428EA8" w14:textId="77777777" w:rsidTr="009E1BDD">
        <w:trPr>
          <w:jc w:val="center"/>
        </w:trPr>
        <w:tc>
          <w:tcPr>
            <w:tcW w:w="2159" w:type="dxa"/>
            <w:shd w:val="clear" w:color="auto" w:fill="000000"/>
            <w:vAlign w:val="center"/>
          </w:tcPr>
          <w:p w14:paraId="3CAB8CE6" w14:textId="77777777" w:rsidR="00DC6F6C" w:rsidRPr="009E1BDD" w:rsidRDefault="00000000">
            <w:pPr>
              <w:rPr>
                <w:rFonts w:cs="Times New Roman"/>
                <w:lang w:val="pt-BR"/>
              </w:rPr>
            </w:pPr>
            <w:r w:rsidRPr="009E1BDD">
              <w:rPr>
                <w:rFonts w:cs="Times New Roman"/>
                <w:b/>
                <w:color w:val="FFFFFF"/>
                <w:lang w:val="pt-BR"/>
              </w:rPr>
              <w:t>Item</w:t>
            </w:r>
          </w:p>
        </w:tc>
        <w:tc>
          <w:tcPr>
            <w:tcW w:w="7229" w:type="dxa"/>
            <w:shd w:val="clear" w:color="auto" w:fill="000000"/>
            <w:vAlign w:val="center"/>
          </w:tcPr>
          <w:p w14:paraId="1C492CA6" w14:textId="77777777" w:rsidR="00DC6F6C" w:rsidRPr="009E1BDD" w:rsidRDefault="00000000">
            <w:pPr>
              <w:rPr>
                <w:rFonts w:cs="Times New Roman"/>
                <w:lang w:val="pt-BR"/>
              </w:rPr>
            </w:pPr>
            <w:r w:rsidRPr="009E1BDD">
              <w:rPr>
                <w:rFonts w:cs="Times New Roman"/>
                <w:b/>
                <w:color w:val="FFFFFF"/>
                <w:lang w:val="pt-BR"/>
              </w:rPr>
              <w:t>Orientação</w:t>
            </w:r>
          </w:p>
        </w:tc>
      </w:tr>
      <w:tr w:rsidR="00DC6F6C" w:rsidRPr="009E1BDD" w14:paraId="3E2D9777" w14:textId="77777777" w:rsidTr="009E1BDD">
        <w:trPr>
          <w:jc w:val="center"/>
        </w:trPr>
        <w:tc>
          <w:tcPr>
            <w:tcW w:w="2159" w:type="dxa"/>
            <w:vAlign w:val="center"/>
          </w:tcPr>
          <w:p w14:paraId="1A679F45" w14:textId="77777777" w:rsidR="00DC6F6C" w:rsidRPr="009E1BDD" w:rsidRDefault="00000000">
            <w:pPr>
              <w:rPr>
                <w:rFonts w:cs="Times New Roman"/>
                <w:lang w:val="pt-BR"/>
              </w:rPr>
            </w:pPr>
            <w:r w:rsidRPr="009E1BDD">
              <w:rPr>
                <w:rFonts w:cs="Times New Roman"/>
                <w:b/>
                <w:lang w:val="pt-BR"/>
              </w:rPr>
              <w:t>Proponente</w:t>
            </w:r>
          </w:p>
        </w:tc>
        <w:tc>
          <w:tcPr>
            <w:tcW w:w="7229" w:type="dxa"/>
            <w:vAlign w:val="center"/>
          </w:tcPr>
          <w:p w14:paraId="1455E48C" w14:textId="77777777" w:rsidR="00DC6F6C" w:rsidRPr="009E1BDD" w:rsidRDefault="00000000">
            <w:pPr>
              <w:rPr>
                <w:rFonts w:cs="Times New Roman"/>
                <w:lang w:val="pt-BR"/>
              </w:rPr>
            </w:pPr>
            <w:r w:rsidRPr="009E1BDD">
              <w:rPr>
                <w:rFonts w:cs="Times New Roman"/>
                <w:lang w:val="pt-BR"/>
              </w:rPr>
              <w:t>A iniciativa deverá ser submetida por uma Prefeitura de município integrante da AMVALE. Iniciativas desenvolvidas em parceria com universidades, empresas, organizações da sociedade civil, Fundos Sociais, consórcios públicos ou outras instituições poderão ser inscritas, desde que a Prefeitura proponente participe de sua execução ou mantenha vínculo institucional formal com a iniciativa.</w:t>
            </w:r>
          </w:p>
        </w:tc>
      </w:tr>
      <w:tr w:rsidR="00DC6F6C" w:rsidRPr="009E1BDD" w14:paraId="31D65089" w14:textId="77777777" w:rsidTr="009E1BDD">
        <w:trPr>
          <w:jc w:val="center"/>
        </w:trPr>
        <w:tc>
          <w:tcPr>
            <w:tcW w:w="2159" w:type="dxa"/>
            <w:vAlign w:val="center"/>
          </w:tcPr>
          <w:p w14:paraId="76188A71" w14:textId="77777777" w:rsidR="00DC6F6C" w:rsidRPr="009E1BDD" w:rsidRDefault="00000000">
            <w:pPr>
              <w:rPr>
                <w:rFonts w:cs="Times New Roman"/>
                <w:lang w:val="pt-BR"/>
              </w:rPr>
            </w:pPr>
            <w:r w:rsidRPr="009E1BDD">
              <w:rPr>
                <w:rFonts w:cs="Times New Roman"/>
                <w:b/>
                <w:lang w:val="pt-BR"/>
              </w:rPr>
              <w:t>Título da iniciativa</w:t>
            </w:r>
          </w:p>
        </w:tc>
        <w:tc>
          <w:tcPr>
            <w:tcW w:w="7229" w:type="dxa"/>
            <w:vAlign w:val="center"/>
          </w:tcPr>
          <w:p w14:paraId="26840591" w14:textId="77777777" w:rsidR="00DC6F6C" w:rsidRPr="009E1BDD" w:rsidRDefault="00000000">
            <w:pPr>
              <w:rPr>
                <w:rFonts w:cs="Times New Roman"/>
                <w:lang w:val="pt-BR"/>
              </w:rPr>
            </w:pPr>
            <w:r w:rsidRPr="009E1BDD">
              <w:rPr>
                <w:rFonts w:cs="Times New Roman"/>
                <w:lang w:val="pt-BR"/>
              </w:rPr>
              <w:t>Informar o nome oficial da iniciativa, com redação clara e objetiva, em até 20 palavras.</w:t>
            </w:r>
          </w:p>
        </w:tc>
      </w:tr>
      <w:tr w:rsidR="00DC6F6C" w:rsidRPr="009E1BDD" w14:paraId="0F009E68" w14:textId="77777777" w:rsidTr="009E1BDD">
        <w:trPr>
          <w:jc w:val="center"/>
        </w:trPr>
        <w:tc>
          <w:tcPr>
            <w:tcW w:w="2159" w:type="dxa"/>
            <w:vAlign w:val="center"/>
          </w:tcPr>
          <w:p w14:paraId="05DC6ED7" w14:textId="77777777" w:rsidR="00DC6F6C" w:rsidRPr="009E1BDD" w:rsidRDefault="00000000">
            <w:pPr>
              <w:rPr>
                <w:rFonts w:cs="Times New Roman"/>
                <w:lang w:val="pt-BR"/>
              </w:rPr>
            </w:pPr>
            <w:r w:rsidRPr="009E1BDD">
              <w:rPr>
                <w:rFonts w:cs="Times New Roman"/>
                <w:b/>
                <w:lang w:val="pt-BR"/>
              </w:rPr>
              <w:t>Identificação da iniciativa</w:t>
            </w:r>
          </w:p>
        </w:tc>
        <w:tc>
          <w:tcPr>
            <w:tcW w:w="7229" w:type="dxa"/>
            <w:vAlign w:val="center"/>
          </w:tcPr>
          <w:p w14:paraId="7494E420" w14:textId="77777777" w:rsidR="00DC6F6C" w:rsidRPr="009E1BDD" w:rsidRDefault="00000000">
            <w:pPr>
              <w:rPr>
                <w:rFonts w:cs="Times New Roman"/>
                <w:lang w:val="pt-BR"/>
              </w:rPr>
            </w:pPr>
            <w:r w:rsidRPr="009E1BDD">
              <w:rPr>
                <w:rFonts w:cs="Times New Roman"/>
                <w:lang w:val="pt-BR"/>
              </w:rPr>
              <w:t xml:space="preserve">Preencher todos os campos constantes no </w:t>
            </w:r>
            <w:proofErr w:type="spellStart"/>
            <w:r w:rsidRPr="009E1BDD">
              <w:rPr>
                <w:rFonts w:cs="Times New Roman"/>
                <w:lang w:val="pt-BR"/>
              </w:rPr>
              <w:t>Template</w:t>
            </w:r>
            <w:proofErr w:type="spellEnd"/>
            <w:r w:rsidRPr="009E1BDD">
              <w:rPr>
                <w:rFonts w:cs="Times New Roman"/>
                <w:lang w:val="pt-BR"/>
              </w:rPr>
              <w:t xml:space="preserve"> Oficial: município, órgão responsável, secretaria responsável, responsável pela iniciativa, cargo ou função, período de execução, situação da iniciativa e até três ODS relacionados.</w:t>
            </w:r>
          </w:p>
        </w:tc>
      </w:tr>
      <w:tr w:rsidR="00DC6F6C" w:rsidRPr="009E1BDD" w14:paraId="0B2006E4" w14:textId="77777777" w:rsidTr="009E1BDD">
        <w:trPr>
          <w:jc w:val="center"/>
        </w:trPr>
        <w:tc>
          <w:tcPr>
            <w:tcW w:w="2159" w:type="dxa"/>
            <w:vAlign w:val="center"/>
          </w:tcPr>
          <w:p w14:paraId="25C9BC26" w14:textId="77777777" w:rsidR="00DC6F6C" w:rsidRPr="009E1BDD" w:rsidRDefault="00000000">
            <w:pPr>
              <w:rPr>
                <w:rFonts w:cs="Times New Roman"/>
                <w:lang w:val="pt-BR"/>
              </w:rPr>
            </w:pPr>
            <w:r w:rsidRPr="009E1BDD">
              <w:rPr>
                <w:rFonts w:cs="Times New Roman"/>
                <w:b/>
                <w:lang w:val="pt-BR"/>
              </w:rPr>
              <w:t>Responsável pela submissão</w:t>
            </w:r>
          </w:p>
        </w:tc>
        <w:tc>
          <w:tcPr>
            <w:tcW w:w="7229" w:type="dxa"/>
            <w:vAlign w:val="center"/>
          </w:tcPr>
          <w:p w14:paraId="4743B267" w14:textId="77777777" w:rsidR="00DC6F6C" w:rsidRPr="009E1BDD" w:rsidRDefault="00000000">
            <w:pPr>
              <w:rPr>
                <w:rFonts w:cs="Times New Roman"/>
                <w:lang w:val="pt-BR"/>
              </w:rPr>
            </w:pPr>
            <w:r w:rsidRPr="009E1BDD">
              <w:rPr>
                <w:rFonts w:cs="Times New Roman"/>
                <w:lang w:val="pt-BR"/>
              </w:rPr>
              <w:t>Os dados de contato do responsável pelo envio e acompanhamento da inscrição deverão ser informados exclusivamente nos campos próprios da plataforma Even3.</w:t>
            </w:r>
          </w:p>
        </w:tc>
      </w:tr>
      <w:tr w:rsidR="00DC6F6C" w:rsidRPr="009E1BDD" w14:paraId="7B58A103" w14:textId="77777777" w:rsidTr="009E1BDD">
        <w:trPr>
          <w:jc w:val="center"/>
        </w:trPr>
        <w:tc>
          <w:tcPr>
            <w:tcW w:w="2159" w:type="dxa"/>
            <w:vAlign w:val="center"/>
          </w:tcPr>
          <w:p w14:paraId="66B51AC3" w14:textId="77777777" w:rsidR="00DC6F6C" w:rsidRPr="009E1BDD" w:rsidRDefault="00000000">
            <w:pPr>
              <w:rPr>
                <w:rFonts w:cs="Times New Roman"/>
                <w:lang w:val="pt-BR"/>
              </w:rPr>
            </w:pPr>
            <w:r w:rsidRPr="009E1BDD">
              <w:rPr>
                <w:rFonts w:cs="Times New Roman"/>
                <w:b/>
                <w:lang w:val="pt-BR"/>
              </w:rPr>
              <w:t>ODS</w:t>
            </w:r>
          </w:p>
        </w:tc>
        <w:tc>
          <w:tcPr>
            <w:tcW w:w="7229" w:type="dxa"/>
            <w:vAlign w:val="center"/>
          </w:tcPr>
          <w:p w14:paraId="4CD0A50C" w14:textId="77777777" w:rsidR="00DC6F6C" w:rsidRPr="009E1BDD" w:rsidRDefault="00000000">
            <w:pPr>
              <w:rPr>
                <w:rFonts w:cs="Times New Roman"/>
                <w:lang w:val="pt-BR"/>
              </w:rPr>
            </w:pPr>
            <w:r w:rsidRPr="009E1BDD">
              <w:rPr>
                <w:rFonts w:cs="Times New Roman"/>
                <w:lang w:val="pt-BR"/>
              </w:rPr>
              <w:t>O proponente poderá indicar até três Objetivos de Desenvolvimento Sustentável de maior aderência. O enquadramento definitivo da iniciativa em um dos 17 ODS ou na categoria Gestão Responsável será realizado pela Comissão Organizadora.</w:t>
            </w:r>
          </w:p>
        </w:tc>
      </w:tr>
      <w:tr w:rsidR="00DC6F6C" w:rsidRPr="009E1BDD" w14:paraId="2820F208" w14:textId="77777777" w:rsidTr="009E1BDD">
        <w:trPr>
          <w:jc w:val="center"/>
        </w:trPr>
        <w:tc>
          <w:tcPr>
            <w:tcW w:w="2159" w:type="dxa"/>
            <w:vAlign w:val="center"/>
          </w:tcPr>
          <w:p w14:paraId="1225E043" w14:textId="77777777" w:rsidR="00DC6F6C" w:rsidRPr="009E1BDD" w:rsidRDefault="00000000">
            <w:pPr>
              <w:rPr>
                <w:rFonts w:cs="Times New Roman"/>
                <w:lang w:val="pt-BR"/>
              </w:rPr>
            </w:pPr>
            <w:r w:rsidRPr="009E1BDD">
              <w:rPr>
                <w:rFonts w:cs="Times New Roman"/>
                <w:b/>
                <w:lang w:val="pt-BR"/>
              </w:rPr>
              <w:t>Critérios de avaliação</w:t>
            </w:r>
          </w:p>
        </w:tc>
        <w:tc>
          <w:tcPr>
            <w:tcW w:w="7229" w:type="dxa"/>
            <w:vAlign w:val="center"/>
          </w:tcPr>
          <w:p w14:paraId="52191AAB" w14:textId="77777777" w:rsidR="00DC6F6C" w:rsidRPr="009E1BDD" w:rsidRDefault="00000000">
            <w:pPr>
              <w:rPr>
                <w:rFonts w:cs="Times New Roman"/>
                <w:lang w:val="pt-BR"/>
              </w:rPr>
            </w:pPr>
            <w:r w:rsidRPr="009E1BDD">
              <w:rPr>
                <w:rFonts w:cs="Times New Roman"/>
                <w:lang w:val="pt-BR"/>
              </w:rPr>
              <w:t>A iniciativa será avaliada quanto à aderência aos Objetivos de Desenvolvimento Sustentável e à Gestão Responsável, à relevância para a administração pública municipal, ao grau de inovação, ao impacto e resultados alcançados, ao potencial de replicabilidade e à qualidade técnica da submissão.</w:t>
            </w:r>
          </w:p>
        </w:tc>
      </w:tr>
      <w:tr w:rsidR="00DC6F6C" w:rsidRPr="009E1BDD" w14:paraId="661167D4" w14:textId="77777777" w:rsidTr="009E1BDD">
        <w:trPr>
          <w:jc w:val="center"/>
        </w:trPr>
        <w:tc>
          <w:tcPr>
            <w:tcW w:w="2159" w:type="dxa"/>
            <w:vAlign w:val="center"/>
          </w:tcPr>
          <w:p w14:paraId="12F1E391" w14:textId="77777777" w:rsidR="00DC6F6C" w:rsidRPr="009E1BDD" w:rsidRDefault="00000000">
            <w:pPr>
              <w:rPr>
                <w:rFonts w:cs="Times New Roman"/>
                <w:lang w:val="pt-BR"/>
              </w:rPr>
            </w:pPr>
            <w:proofErr w:type="spellStart"/>
            <w:r w:rsidRPr="009E1BDD">
              <w:rPr>
                <w:rFonts w:cs="Times New Roman"/>
                <w:b/>
                <w:lang w:val="pt-BR"/>
              </w:rPr>
              <w:t>Template</w:t>
            </w:r>
            <w:proofErr w:type="spellEnd"/>
            <w:r w:rsidRPr="009E1BDD">
              <w:rPr>
                <w:rFonts w:cs="Times New Roman"/>
                <w:b/>
                <w:lang w:val="pt-BR"/>
              </w:rPr>
              <w:t xml:space="preserve"> oficial</w:t>
            </w:r>
          </w:p>
        </w:tc>
        <w:tc>
          <w:tcPr>
            <w:tcW w:w="7229" w:type="dxa"/>
            <w:vAlign w:val="center"/>
          </w:tcPr>
          <w:p w14:paraId="64B3F02A" w14:textId="3FDEBAF9" w:rsidR="00DC6F6C" w:rsidRPr="009E1BDD" w:rsidRDefault="00000000">
            <w:pPr>
              <w:rPr>
                <w:rFonts w:cs="Times New Roman"/>
                <w:lang w:val="pt-BR"/>
              </w:rPr>
            </w:pPr>
            <w:r w:rsidRPr="009E1BDD">
              <w:rPr>
                <w:rFonts w:cs="Times New Roman"/>
                <w:lang w:val="pt-BR"/>
              </w:rPr>
              <w:t xml:space="preserve">Utilizar exclusivamente o </w:t>
            </w:r>
            <w:proofErr w:type="spellStart"/>
            <w:r w:rsidRPr="009E1BDD">
              <w:rPr>
                <w:rFonts w:cs="Times New Roman"/>
                <w:lang w:val="pt-BR"/>
              </w:rPr>
              <w:t>Template</w:t>
            </w:r>
            <w:proofErr w:type="spellEnd"/>
            <w:r w:rsidRPr="009E1BDD">
              <w:rPr>
                <w:rFonts w:cs="Times New Roman"/>
                <w:lang w:val="pt-BR"/>
              </w:rPr>
              <w:t xml:space="preserve"> Oficial do Resumo Expandido disponibilizado </w:t>
            </w:r>
            <w:r w:rsidR="009E1BDD" w:rsidRPr="009E1BDD">
              <w:rPr>
                <w:rFonts w:cs="Times New Roman"/>
                <w:lang w:val="pt-BR"/>
              </w:rPr>
              <w:t>no</w:t>
            </w:r>
            <w:r w:rsidRPr="009E1BDD">
              <w:rPr>
                <w:rFonts w:cs="Times New Roman"/>
                <w:lang w:val="pt-BR"/>
              </w:rPr>
              <w:t xml:space="preserve"> site da AMVALE. Não excluir títulos nem campos obrigatórios do modelo.</w:t>
            </w:r>
          </w:p>
        </w:tc>
      </w:tr>
      <w:tr w:rsidR="00DC6F6C" w:rsidRPr="009E1BDD" w14:paraId="6720BFC7" w14:textId="77777777" w:rsidTr="009E1BDD">
        <w:trPr>
          <w:jc w:val="center"/>
        </w:trPr>
        <w:tc>
          <w:tcPr>
            <w:tcW w:w="2159" w:type="dxa"/>
            <w:vAlign w:val="center"/>
          </w:tcPr>
          <w:p w14:paraId="44C9116C" w14:textId="77777777" w:rsidR="00DC6F6C" w:rsidRPr="009E1BDD" w:rsidRDefault="00000000">
            <w:pPr>
              <w:rPr>
                <w:rFonts w:cs="Times New Roman"/>
                <w:lang w:val="pt-BR"/>
              </w:rPr>
            </w:pPr>
            <w:r w:rsidRPr="009E1BDD">
              <w:rPr>
                <w:rFonts w:cs="Times New Roman"/>
                <w:b/>
                <w:lang w:val="pt-BR"/>
              </w:rPr>
              <w:t xml:space="preserve">Estrutura do </w:t>
            </w:r>
            <w:proofErr w:type="spellStart"/>
            <w:r w:rsidRPr="009E1BDD">
              <w:rPr>
                <w:rFonts w:cs="Times New Roman"/>
                <w:b/>
                <w:lang w:val="pt-BR"/>
              </w:rPr>
              <w:t>template</w:t>
            </w:r>
            <w:proofErr w:type="spellEnd"/>
          </w:p>
        </w:tc>
        <w:tc>
          <w:tcPr>
            <w:tcW w:w="7229" w:type="dxa"/>
            <w:vAlign w:val="center"/>
          </w:tcPr>
          <w:p w14:paraId="70AE3B2A" w14:textId="77777777" w:rsidR="00DC6F6C" w:rsidRPr="009E1BDD" w:rsidRDefault="00000000">
            <w:pPr>
              <w:rPr>
                <w:rFonts w:cs="Times New Roman"/>
                <w:lang w:val="pt-BR"/>
              </w:rPr>
            </w:pPr>
            <w:r w:rsidRPr="009E1BDD">
              <w:rPr>
                <w:rFonts w:cs="Times New Roman"/>
                <w:lang w:val="pt-BR"/>
              </w:rPr>
              <w:t>Identificação institucional, título, Resumo Expandido da Iniciativa e palavras-chave.</w:t>
            </w:r>
          </w:p>
        </w:tc>
      </w:tr>
      <w:tr w:rsidR="00DC6F6C" w:rsidRPr="009E1BDD" w14:paraId="6976223B" w14:textId="77777777" w:rsidTr="009E1BDD">
        <w:trPr>
          <w:jc w:val="center"/>
        </w:trPr>
        <w:tc>
          <w:tcPr>
            <w:tcW w:w="2159" w:type="dxa"/>
            <w:vAlign w:val="center"/>
          </w:tcPr>
          <w:p w14:paraId="6E6A2981" w14:textId="77777777" w:rsidR="00DC6F6C" w:rsidRPr="009E1BDD" w:rsidRDefault="00000000">
            <w:pPr>
              <w:rPr>
                <w:rFonts w:cs="Times New Roman"/>
                <w:lang w:val="pt-BR"/>
              </w:rPr>
            </w:pPr>
            <w:r w:rsidRPr="009E1BDD">
              <w:rPr>
                <w:rFonts w:cs="Times New Roman"/>
                <w:b/>
                <w:lang w:val="pt-BR"/>
              </w:rPr>
              <w:t>Fonte e cor</w:t>
            </w:r>
          </w:p>
        </w:tc>
        <w:tc>
          <w:tcPr>
            <w:tcW w:w="7229" w:type="dxa"/>
            <w:vAlign w:val="center"/>
          </w:tcPr>
          <w:p w14:paraId="79C72F7F" w14:textId="77777777" w:rsidR="00DC6F6C" w:rsidRPr="009E1BDD" w:rsidRDefault="00000000">
            <w:pPr>
              <w:rPr>
                <w:rFonts w:cs="Times New Roman"/>
                <w:lang w:val="pt-BR"/>
              </w:rPr>
            </w:pPr>
            <w:r w:rsidRPr="009E1BDD">
              <w:rPr>
                <w:rFonts w:cs="Times New Roman"/>
                <w:lang w:val="pt-BR"/>
              </w:rPr>
              <w:t>Times New Roman, cor preta, em todo o documento.</w:t>
            </w:r>
          </w:p>
        </w:tc>
      </w:tr>
      <w:tr w:rsidR="00DC6F6C" w:rsidRPr="009E1BDD" w14:paraId="653FF8FE" w14:textId="77777777" w:rsidTr="009E1BDD">
        <w:trPr>
          <w:jc w:val="center"/>
        </w:trPr>
        <w:tc>
          <w:tcPr>
            <w:tcW w:w="2159" w:type="dxa"/>
            <w:vAlign w:val="center"/>
          </w:tcPr>
          <w:p w14:paraId="740C1E74" w14:textId="77777777" w:rsidR="00DC6F6C" w:rsidRPr="009E1BDD" w:rsidRDefault="00000000">
            <w:pPr>
              <w:rPr>
                <w:rFonts w:cs="Times New Roman"/>
                <w:lang w:val="pt-BR"/>
              </w:rPr>
            </w:pPr>
            <w:r w:rsidRPr="009E1BDD">
              <w:rPr>
                <w:rFonts w:cs="Times New Roman"/>
                <w:b/>
                <w:lang w:val="pt-BR"/>
              </w:rPr>
              <w:t>Papel e margens</w:t>
            </w:r>
          </w:p>
        </w:tc>
        <w:tc>
          <w:tcPr>
            <w:tcW w:w="7229" w:type="dxa"/>
            <w:vAlign w:val="center"/>
          </w:tcPr>
          <w:p w14:paraId="0FF92CFF" w14:textId="77777777" w:rsidR="00DC6F6C" w:rsidRPr="009E1BDD" w:rsidRDefault="00000000">
            <w:pPr>
              <w:rPr>
                <w:rFonts w:cs="Times New Roman"/>
                <w:lang w:val="pt-BR"/>
              </w:rPr>
            </w:pPr>
            <w:r w:rsidRPr="009E1BDD">
              <w:rPr>
                <w:rFonts w:cs="Times New Roman"/>
                <w:lang w:val="pt-BR"/>
              </w:rPr>
              <w:t>Papel A4, orientação retrato, com margens superior, inferior, esquerda e direita de 2,5 cm.</w:t>
            </w:r>
          </w:p>
        </w:tc>
      </w:tr>
      <w:tr w:rsidR="00DC6F6C" w:rsidRPr="009E1BDD" w14:paraId="01395545" w14:textId="77777777" w:rsidTr="009E1BDD">
        <w:trPr>
          <w:jc w:val="center"/>
        </w:trPr>
        <w:tc>
          <w:tcPr>
            <w:tcW w:w="2159" w:type="dxa"/>
            <w:vAlign w:val="center"/>
          </w:tcPr>
          <w:p w14:paraId="6240179D" w14:textId="77777777" w:rsidR="00DC6F6C" w:rsidRPr="009E1BDD" w:rsidRDefault="00000000">
            <w:pPr>
              <w:rPr>
                <w:rFonts w:cs="Times New Roman"/>
                <w:lang w:val="pt-BR"/>
              </w:rPr>
            </w:pPr>
            <w:r w:rsidRPr="009E1BDD">
              <w:rPr>
                <w:rFonts w:cs="Times New Roman"/>
                <w:b/>
                <w:lang w:val="pt-BR"/>
              </w:rPr>
              <w:t>Título da iniciativa</w:t>
            </w:r>
          </w:p>
        </w:tc>
        <w:tc>
          <w:tcPr>
            <w:tcW w:w="7229" w:type="dxa"/>
            <w:vAlign w:val="center"/>
          </w:tcPr>
          <w:p w14:paraId="4FD6DF17" w14:textId="77777777" w:rsidR="00DC6F6C" w:rsidRPr="009E1BDD" w:rsidRDefault="00000000">
            <w:pPr>
              <w:rPr>
                <w:rFonts w:cs="Times New Roman"/>
                <w:lang w:val="pt-BR"/>
              </w:rPr>
            </w:pPr>
            <w:r w:rsidRPr="009E1BDD">
              <w:rPr>
                <w:rFonts w:cs="Times New Roman"/>
                <w:lang w:val="pt-BR"/>
              </w:rPr>
              <w:t xml:space="preserve">Times New Roman, 14 </w:t>
            </w:r>
            <w:proofErr w:type="spellStart"/>
            <w:r w:rsidRPr="009E1BDD">
              <w:rPr>
                <w:rFonts w:cs="Times New Roman"/>
                <w:lang w:val="pt-BR"/>
              </w:rPr>
              <w:t>pt</w:t>
            </w:r>
            <w:proofErr w:type="spellEnd"/>
            <w:r w:rsidRPr="009E1BDD">
              <w:rPr>
                <w:rFonts w:cs="Times New Roman"/>
                <w:lang w:val="pt-BR"/>
              </w:rPr>
              <w:t>, negrito, caixa alta e centralizado.</w:t>
            </w:r>
          </w:p>
        </w:tc>
      </w:tr>
      <w:tr w:rsidR="00DC6F6C" w:rsidRPr="009E1BDD" w14:paraId="4B864380" w14:textId="77777777" w:rsidTr="009E1BDD">
        <w:trPr>
          <w:jc w:val="center"/>
        </w:trPr>
        <w:tc>
          <w:tcPr>
            <w:tcW w:w="2159" w:type="dxa"/>
            <w:vAlign w:val="center"/>
          </w:tcPr>
          <w:p w14:paraId="0F88D85D" w14:textId="77777777" w:rsidR="00DC6F6C" w:rsidRPr="009E1BDD" w:rsidRDefault="00000000">
            <w:pPr>
              <w:rPr>
                <w:rFonts w:cs="Times New Roman"/>
                <w:lang w:val="pt-BR"/>
              </w:rPr>
            </w:pPr>
            <w:r w:rsidRPr="009E1BDD">
              <w:rPr>
                <w:rFonts w:cs="Times New Roman"/>
                <w:b/>
                <w:lang w:val="pt-BR"/>
              </w:rPr>
              <w:lastRenderedPageBreak/>
              <w:t>Demais títulos</w:t>
            </w:r>
          </w:p>
        </w:tc>
        <w:tc>
          <w:tcPr>
            <w:tcW w:w="7229" w:type="dxa"/>
            <w:vAlign w:val="center"/>
          </w:tcPr>
          <w:p w14:paraId="0FE12648" w14:textId="77777777" w:rsidR="00DC6F6C" w:rsidRPr="009E1BDD" w:rsidRDefault="00000000">
            <w:pPr>
              <w:rPr>
                <w:rFonts w:cs="Times New Roman"/>
                <w:lang w:val="pt-BR"/>
              </w:rPr>
            </w:pPr>
            <w:r w:rsidRPr="009E1BDD">
              <w:rPr>
                <w:rFonts w:cs="Times New Roman"/>
                <w:lang w:val="pt-BR"/>
              </w:rPr>
              <w:t xml:space="preserve">Times New Roman, 12 </w:t>
            </w:r>
            <w:proofErr w:type="spellStart"/>
            <w:r w:rsidRPr="009E1BDD">
              <w:rPr>
                <w:rFonts w:cs="Times New Roman"/>
                <w:lang w:val="pt-BR"/>
              </w:rPr>
              <w:t>pt</w:t>
            </w:r>
            <w:proofErr w:type="spellEnd"/>
            <w:r w:rsidRPr="009E1BDD">
              <w:rPr>
                <w:rFonts w:cs="Times New Roman"/>
                <w:lang w:val="pt-BR"/>
              </w:rPr>
              <w:t xml:space="preserve">, negrito, conforme a formatação do </w:t>
            </w:r>
            <w:proofErr w:type="spellStart"/>
            <w:r w:rsidRPr="009E1BDD">
              <w:rPr>
                <w:rFonts w:cs="Times New Roman"/>
                <w:lang w:val="pt-BR"/>
              </w:rPr>
              <w:t>Template</w:t>
            </w:r>
            <w:proofErr w:type="spellEnd"/>
            <w:r w:rsidRPr="009E1BDD">
              <w:rPr>
                <w:rFonts w:cs="Times New Roman"/>
                <w:lang w:val="pt-BR"/>
              </w:rPr>
              <w:t xml:space="preserve"> Oficial.</w:t>
            </w:r>
          </w:p>
        </w:tc>
      </w:tr>
      <w:tr w:rsidR="00DC6F6C" w:rsidRPr="009E1BDD" w14:paraId="038FD7D5" w14:textId="77777777" w:rsidTr="009E1BDD">
        <w:trPr>
          <w:jc w:val="center"/>
        </w:trPr>
        <w:tc>
          <w:tcPr>
            <w:tcW w:w="2159" w:type="dxa"/>
            <w:vAlign w:val="center"/>
          </w:tcPr>
          <w:p w14:paraId="78D8758D" w14:textId="77777777" w:rsidR="00DC6F6C" w:rsidRPr="009E1BDD" w:rsidRDefault="00000000">
            <w:pPr>
              <w:rPr>
                <w:rFonts w:cs="Times New Roman"/>
                <w:lang w:val="pt-BR"/>
              </w:rPr>
            </w:pPr>
            <w:r w:rsidRPr="009E1BDD">
              <w:rPr>
                <w:rFonts w:cs="Times New Roman"/>
                <w:b/>
                <w:lang w:val="pt-BR"/>
              </w:rPr>
              <w:t>Corpo do texto</w:t>
            </w:r>
          </w:p>
        </w:tc>
        <w:tc>
          <w:tcPr>
            <w:tcW w:w="7229" w:type="dxa"/>
            <w:vAlign w:val="center"/>
          </w:tcPr>
          <w:p w14:paraId="2322A7E6" w14:textId="77777777" w:rsidR="00DC6F6C" w:rsidRPr="009E1BDD" w:rsidRDefault="00000000">
            <w:pPr>
              <w:rPr>
                <w:rFonts w:cs="Times New Roman"/>
                <w:lang w:val="pt-BR"/>
              </w:rPr>
            </w:pPr>
            <w:r w:rsidRPr="009E1BDD">
              <w:rPr>
                <w:rFonts w:cs="Times New Roman"/>
                <w:lang w:val="pt-BR"/>
              </w:rPr>
              <w:t xml:space="preserve">Times New Roman, 12 </w:t>
            </w:r>
            <w:proofErr w:type="spellStart"/>
            <w:r w:rsidRPr="009E1BDD">
              <w:rPr>
                <w:rFonts w:cs="Times New Roman"/>
                <w:lang w:val="pt-BR"/>
              </w:rPr>
              <w:t>pt</w:t>
            </w:r>
            <w:proofErr w:type="spellEnd"/>
            <w:r w:rsidRPr="009E1BDD">
              <w:rPr>
                <w:rFonts w:cs="Times New Roman"/>
                <w:lang w:val="pt-BR"/>
              </w:rPr>
              <w:t xml:space="preserve">, justificado, espaçamento entre linhas de 1,5, recuo de primeira linha de 1,25 cm e espaçamento de 6 </w:t>
            </w:r>
            <w:proofErr w:type="spellStart"/>
            <w:r w:rsidRPr="009E1BDD">
              <w:rPr>
                <w:rFonts w:cs="Times New Roman"/>
                <w:lang w:val="pt-BR"/>
              </w:rPr>
              <w:t>pt</w:t>
            </w:r>
            <w:proofErr w:type="spellEnd"/>
            <w:r w:rsidRPr="009E1BDD">
              <w:rPr>
                <w:rFonts w:cs="Times New Roman"/>
                <w:lang w:val="pt-BR"/>
              </w:rPr>
              <w:t xml:space="preserve"> após os parágrafos.</w:t>
            </w:r>
          </w:p>
        </w:tc>
      </w:tr>
      <w:tr w:rsidR="00DC6F6C" w:rsidRPr="009E1BDD" w14:paraId="5EF22E9F" w14:textId="77777777" w:rsidTr="009E1BDD">
        <w:trPr>
          <w:jc w:val="center"/>
        </w:trPr>
        <w:tc>
          <w:tcPr>
            <w:tcW w:w="2159" w:type="dxa"/>
            <w:vAlign w:val="center"/>
          </w:tcPr>
          <w:p w14:paraId="4057BF79" w14:textId="77777777" w:rsidR="00DC6F6C" w:rsidRPr="009E1BDD" w:rsidRDefault="00000000">
            <w:pPr>
              <w:rPr>
                <w:rFonts w:cs="Times New Roman"/>
                <w:lang w:val="pt-BR"/>
              </w:rPr>
            </w:pPr>
            <w:r w:rsidRPr="009E1BDD">
              <w:rPr>
                <w:rFonts w:cs="Times New Roman"/>
                <w:b/>
                <w:lang w:val="pt-BR"/>
              </w:rPr>
              <w:t>Extensão</w:t>
            </w:r>
          </w:p>
        </w:tc>
        <w:tc>
          <w:tcPr>
            <w:tcW w:w="7229" w:type="dxa"/>
            <w:vAlign w:val="center"/>
          </w:tcPr>
          <w:p w14:paraId="01596E89" w14:textId="77777777" w:rsidR="00DC6F6C" w:rsidRPr="009E1BDD" w:rsidRDefault="00000000">
            <w:pPr>
              <w:rPr>
                <w:rFonts w:cs="Times New Roman"/>
                <w:lang w:val="pt-BR"/>
              </w:rPr>
            </w:pPr>
            <w:r w:rsidRPr="009E1BDD">
              <w:rPr>
                <w:rFonts w:cs="Times New Roman"/>
                <w:lang w:val="pt-BR"/>
              </w:rPr>
              <w:t>O Resumo Expandido da Iniciativa deverá conter entre 600 e 1.000 palavras.</w:t>
            </w:r>
          </w:p>
        </w:tc>
      </w:tr>
      <w:tr w:rsidR="00DC6F6C" w:rsidRPr="009E1BDD" w14:paraId="00973EF3" w14:textId="77777777" w:rsidTr="009E1BDD">
        <w:trPr>
          <w:jc w:val="center"/>
        </w:trPr>
        <w:tc>
          <w:tcPr>
            <w:tcW w:w="2159" w:type="dxa"/>
            <w:vAlign w:val="center"/>
          </w:tcPr>
          <w:p w14:paraId="0BF37417" w14:textId="77777777" w:rsidR="00DC6F6C" w:rsidRPr="009E1BDD" w:rsidRDefault="00000000">
            <w:pPr>
              <w:rPr>
                <w:rFonts w:cs="Times New Roman"/>
                <w:lang w:val="pt-BR"/>
              </w:rPr>
            </w:pPr>
            <w:r w:rsidRPr="009E1BDD">
              <w:rPr>
                <w:rFonts w:cs="Times New Roman"/>
                <w:b/>
                <w:lang w:val="pt-BR"/>
              </w:rPr>
              <w:t>Arquivo</w:t>
            </w:r>
          </w:p>
        </w:tc>
        <w:tc>
          <w:tcPr>
            <w:tcW w:w="7229" w:type="dxa"/>
            <w:vAlign w:val="center"/>
          </w:tcPr>
          <w:p w14:paraId="15B94BA2" w14:textId="77777777" w:rsidR="00DC6F6C" w:rsidRPr="009E1BDD" w:rsidRDefault="00000000">
            <w:pPr>
              <w:rPr>
                <w:rFonts w:cs="Times New Roman"/>
                <w:lang w:val="pt-BR"/>
              </w:rPr>
            </w:pPr>
            <w:r w:rsidRPr="009E1BDD">
              <w:rPr>
                <w:rFonts w:cs="Times New Roman"/>
                <w:lang w:val="pt-BR"/>
              </w:rPr>
              <w:t xml:space="preserve">Submeter um único arquivo em formato PDF, contendo exclusivamente o </w:t>
            </w:r>
            <w:proofErr w:type="spellStart"/>
            <w:r w:rsidRPr="009E1BDD">
              <w:rPr>
                <w:rFonts w:cs="Times New Roman"/>
                <w:lang w:val="pt-BR"/>
              </w:rPr>
              <w:t>Template</w:t>
            </w:r>
            <w:proofErr w:type="spellEnd"/>
            <w:r w:rsidRPr="009E1BDD">
              <w:rPr>
                <w:rFonts w:cs="Times New Roman"/>
                <w:lang w:val="pt-BR"/>
              </w:rPr>
              <w:t xml:space="preserve"> Oficial integralmente preenchido. Não enviar em Word ou em outros formatos editáveis.</w:t>
            </w:r>
          </w:p>
        </w:tc>
      </w:tr>
      <w:tr w:rsidR="00DC6F6C" w:rsidRPr="009E1BDD" w14:paraId="258284EA" w14:textId="77777777" w:rsidTr="009E1BDD">
        <w:trPr>
          <w:jc w:val="center"/>
        </w:trPr>
        <w:tc>
          <w:tcPr>
            <w:tcW w:w="2159" w:type="dxa"/>
            <w:vAlign w:val="center"/>
          </w:tcPr>
          <w:p w14:paraId="4556B37D" w14:textId="77777777" w:rsidR="00DC6F6C" w:rsidRPr="009E1BDD" w:rsidRDefault="00000000">
            <w:pPr>
              <w:rPr>
                <w:rFonts w:cs="Times New Roman"/>
                <w:lang w:val="pt-BR"/>
              </w:rPr>
            </w:pPr>
            <w:r w:rsidRPr="009E1BDD">
              <w:rPr>
                <w:rFonts w:cs="Times New Roman"/>
                <w:b/>
                <w:lang w:val="pt-BR"/>
              </w:rPr>
              <w:t>Identificação do arquivo</w:t>
            </w:r>
          </w:p>
        </w:tc>
        <w:tc>
          <w:tcPr>
            <w:tcW w:w="7229" w:type="dxa"/>
            <w:vAlign w:val="center"/>
          </w:tcPr>
          <w:p w14:paraId="2A3099A1" w14:textId="1E793792" w:rsidR="00DC6F6C" w:rsidRPr="009E1BDD" w:rsidRDefault="00000000">
            <w:pPr>
              <w:rPr>
                <w:rFonts w:cs="Times New Roman"/>
                <w:lang w:val="pt-BR"/>
              </w:rPr>
            </w:pPr>
            <w:r w:rsidRPr="009E1BDD">
              <w:rPr>
                <w:rFonts w:cs="Times New Roman"/>
                <w:lang w:val="pt-BR"/>
              </w:rPr>
              <w:t>Nomear o arquivo com o município e uma forma abreviada do título da iniciativa. Exemplo: TAUBATE_NOME_DA_INICIATIVA.pdf.</w:t>
            </w:r>
          </w:p>
        </w:tc>
      </w:tr>
      <w:tr w:rsidR="00DC6F6C" w:rsidRPr="009E1BDD" w14:paraId="59801C0E" w14:textId="77777777" w:rsidTr="009E1BDD">
        <w:trPr>
          <w:jc w:val="center"/>
        </w:trPr>
        <w:tc>
          <w:tcPr>
            <w:tcW w:w="2159" w:type="dxa"/>
            <w:vAlign w:val="center"/>
          </w:tcPr>
          <w:p w14:paraId="1B31CD2B" w14:textId="77777777" w:rsidR="00DC6F6C" w:rsidRPr="009E1BDD" w:rsidRDefault="00000000">
            <w:pPr>
              <w:rPr>
                <w:rFonts w:cs="Times New Roman"/>
                <w:lang w:val="pt-BR"/>
              </w:rPr>
            </w:pPr>
            <w:r w:rsidRPr="009E1BDD">
              <w:rPr>
                <w:rFonts w:cs="Times New Roman"/>
                <w:b/>
                <w:lang w:val="pt-BR"/>
              </w:rPr>
              <w:t>Prazo</w:t>
            </w:r>
          </w:p>
        </w:tc>
        <w:tc>
          <w:tcPr>
            <w:tcW w:w="7229" w:type="dxa"/>
            <w:vAlign w:val="center"/>
          </w:tcPr>
          <w:p w14:paraId="60989B06" w14:textId="77777777" w:rsidR="00DC6F6C" w:rsidRPr="009E1BDD" w:rsidRDefault="00000000">
            <w:pPr>
              <w:rPr>
                <w:rFonts w:cs="Times New Roman"/>
                <w:lang w:val="pt-BR"/>
              </w:rPr>
            </w:pPr>
            <w:r w:rsidRPr="009E1BDD">
              <w:rPr>
                <w:rFonts w:cs="Times New Roman"/>
                <w:lang w:val="pt-BR"/>
              </w:rPr>
              <w:t>Inscrição e submissão da 1ª fase de 12/08/2026 a 28/08/2026, sem prorrogação. Não serão aceitos arquivos enviados por e-mail ou por outro meio.</w:t>
            </w:r>
          </w:p>
        </w:tc>
      </w:tr>
      <w:tr w:rsidR="00DC6F6C" w:rsidRPr="009E1BDD" w14:paraId="7C66F1FA" w14:textId="77777777" w:rsidTr="009E1BDD">
        <w:trPr>
          <w:jc w:val="center"/>
        </w:trPr>
        <w:tc>
          <w:tcPr>
            <w:tcW w:w="2159" w:type="dxa"/>
            <w:vAlign w:val="center"/>
          </w:tcPr>
          <w:p w14:paraId="22C12DFD" w14:textId="77777777" w:rsidR="00DC6F6C" w:rsidRPr="009E1BDD" w:rsidRDefault="00000000">
            <w:pPr>
              <w:rPr>
                <w:rFonts w:cs="Times New Roman"/>
                <w:lang w:val="pt-BR"/>
              </w:rPr>
            </w:pPr>
            <w:r w:rsidRPr="009E1BDD">
              <w:rPr>
                <w:rFonts w:cs="Times New Roman"/>
                <w:b/>
                <w:lang w:val="pt-BR"/>
              </w:rPr>
              <w:t>Plataforma de submissão</w:t>
            </w:r>
          </w:p>
        </w:tc>
        <w:tc>
          <w:tcPr>
            <w:tcW w:w="7229" w:type="dxa"/>
            <w:vAlign w:val="center"/>
          </w:tcPr>
          <w:p w14:paraId="680E01C6" w14:textId="77777777" w:rsidR="00DC6F6C" w:rsidRPr="009E1BDD" w:rsidRDefault="00000000">
            <w:pPr>
              <w:rPr>
                <w:rFonts w:cs="Times New Roman"/>
                <w:lang w:val="pt-BR"/>
              </w:rPr>
            </w:pPr>
            <w:r w:rsidRPr="009E1BDD">
              <w:rPr>
                <w:rFonts w:cs="Times New Roman"/>
                <w:lang w:val="pt-BR"/>
              </w:rPr>
              <w:t>Even3.</w:t>
            </w:r>
          </w:p>
        </w:tc>
      </w:tr>
    </w:tbl>
    <w:p w14:paraId="73D9026D" w14:textId="77777777" w:rsidR="00DC6F6C" w:rsidRPr="00616B7B" w:rsidRDefault="00000000">
      <w:pPr>
        <w:spacing w:before="160" w:after="80"/>
        <w:rPr>
          <w:lang w:val="pt-BR"/>
        </w:rPr>
      </w:pPr>
      <w:r>
        <w:rPr>
          <w:b/>
          <w:sz w:val="24"/>
          <w:lang w:val="pt-BR"/>
        </w:rPr>
        <w:t>2. Conteúdo obrigatório do Resumo Expandido</w:t>
      </w:r>
    </w:p>
    <w:p w14:paraId="673F0A7A" w14:textId="77777777" w:rsidR="00DC6F6C" w:rsidRPr="00616B7B" w:rsidRDefault="00000000" w:rsidP="00BD2C3F">
      <w:pPr>
        <w:spacing w:after="80"/>
        <w:ind w:firstLine="360"/>
        <w:jc w:val="both"/>
        <w:rPr>
          <w:lang w:val="pt-BR"/>
        </w:rPr>
      </w:pPr>
      <w:r>
        <w:rPr>
          <w:lang w:val="pt-BR"/>
        </w:rPr>
        <w:t>O Resumo Expandido da Iniciativa deverá ser elaborado em texto corrido, de forma clara, objetiva e impessoal, integrando obrigatoriamente os seguintes elementos:</w:t>
      </w:r>
    </w:p>
    <w:p w14:paraId="7881E653" w14:textId="77777777" w:rsidR="00DC6F6C" w:rsidRPr="00616B7B" w:rsidRDefault="00000000">
      <w:pPr>
        <w:pStyle w:val="Commarcadores"/>
        <w:spacing w:after="20"/>
        <w:rPr>
          <w:lang w:val="pt-BR"/>
        </w:rPr>
      </w:pPr>
      <w:r>
        <w:rPr>
          <w:lang w:val="pt-BR"/>
        </w:rPr>
        <w:t>apresentação da iniciativa;</w:t>
      </w:r>
    </w:p>
    <w:p w14:paraId="2A6DEF98" w14:textId="77777777" w:rsidR="00DC6F6C" w:rsidRPr="00616B7B" w:rsidRDefault="00000000">
      <w:pPr>
        <w:pStyle w:val="Commarcadores"/>
        <w:spacing w:after="20"/>
        <w:rPr>
          <w:lang w:val="pt-BR"/>
        </w:rPr>
      </w:pPr>
      <w:r>
        <w:rPr>
          <w:lang w:val="pt-BR"/>
        </w:rPr>
        <w:t>contexto e justificativa;</w:t>
      </w:r>
    </w:p>
    <w:p w14:paraId="568D745B" w14:textId="77777777" w:rsidR="00DC6F6C" w:rsidRPr="00616B7B" w:rsidRDefault="00000000">
      <w:pPr>
        <w:pStyle w:val="Commarcadores"/>
        <w:spacing w:after="20"/>
        <w:rPr>
          <w:lang w:val="pt-BR"/>
        </w:rPr>
      </w:pPr>
      <w:r>
        <w:rPr>
          <w:lang w:val="pt-BR"/>
        </w:rPr>
        <w:t>objetivos da iniciativa;</w:t>
      </w:r>
    </w:p>
    <w:p w14:paraId="0BB5B49B" w14:textId="77777777" w:rsidR="00DC6F6C" w:rsidRPr="00616B7B" w:rsidRDefault="00000000">
      <w:pPr>
        <w:pStyle w:val="Commarcadores"/>
        <w:spacing w:after="20"/>
        <w:rPr>
          <w:lang w:val="pt-BR"/>
        </w:rPr>
      </w:pPr>
      <w:r>
        <w:rPr>
          <w:lang w:val="pt-BR"/>
        </w:rPr>
        <w:t>descrição da iniciativa e forma de implementação;</w:t>
      </w:r>
    </w:p>
    <w:p w14:paraId="54DE6736" w14:textId="77777777" w:rsidR="00DC6F6C" w:rsidRPr="00616B7B" w:rsidRDefault="00000000">
      <w:pPr>
        <w:pStyle w:val="Commarcadores"/>
        <w:spacing w:after="20"/>
        <w:rPr>
          <w:lang w:val="pt-BR"/>
        </w:rPr>
      </w:pPr>
      <w:r>
        <w:rPr>
          <w:lang w:val="pt-BR"/>
        </w:rPr>
        <w:t>principais resultados alcançados;</w:t>
      </w:r>
    </w:p>
    <w:p w14:paraId="732A78B4" w14:textId="77777777" w:rsidR="00DC6F6C" w:rsidRPr="00616B7B" w:rsidRDefault="00000000">
      <w:pPr>
        <w:pStyle w:val="Commarcadores"/>
        <w:spacing w:after="20"/>
        <w:rPr>
          <w:lang w:val="pt-BR"/>
        </w:rPr>
      </w:pPr>
      <w:r>
        <w:rPr>
          <w:lang w:val="pt-BR"/>
        </w:rPr>
        <w:t>indicadores utilizados;</w:t>
      </w:r>
    </w:p>
    <w:p w14:paraId="3F65756C" w14:textId="77777777" w:rsidR="00DC6F6C" w:rsidRPr="00616B7B" w:rsidRDefault="00000000">
      <w:pPr>
        <w:pStyle w:val="Commarcadores"/>
        <w:spacing w:after="20"/>
        <w:rPr>
          <w:lang w:val="pt-BR"/>
        </w:rPr>
      </w:pPr>
      <w:r>
        <w:rPr>
          <w:lang w:val="pt-BR"/>
        </w:rPr>
        <w:t>aspectos inovadores;</w:t>
      </w:r>
    </w:p>
    <w:p w14:paraId="32567698" w14:textId="77777777" w:rsidR="00DC6F6C" w:rsidRPr="00616B7B" w:rsidRDefault="00000000">
      <w:pPr>
        <w:pStyle w:val="Commarcadores"/>
        <w:spacing w:after="20"/>
        <w:rPr>
          <w:lang w:val="pt-BR"/>
        </w:rPr>
      </w:pPr>
      <w:r>
        <w:rPr>
          <w:lang w:val="pt-BR"/>
        </w:rPr>
        <w:t>impactos produzidos;</w:t>
      </w:r>
    </w:p>
    <w:p w14:paraId="3A106E33" w14:textId="77777777" w:rsidR="00DC6F6C" w:rsidRPr="00616B7B" w:rsidRDefault="00000000">
      <w:pPr>
        <w:pStyle w:val="Commarcadores"/>
        <w:spacing w:after="20"/>
        <w:rPr>
          <w:lang w:val="pt-BR"/>
        </w:rPr>
      </w:pPr>
      <w:r>
        <w:rPr>
          <w:lang w:val="pt-BR"/>
        </w:rPr>
        <w:t>potencial de replicabilidade;</w:t>
      </w:r>
    </w:p>
    <w:p w14:paraId="23607139" w14:textId="77777777" w:rsidR="00DC6F6C" w:rsidRPr="00616B7B" w:rsidRDefault="00000000">
      <w:pPr>
        <w:pStyle w:val="Commarcadores"/>
        <w:spacing w:after="20"/>
        <w:rPr>
          <w:lang w:val="pt-BR"/>
        </w:rPr>
      </w:pPr>
      <w:r>
        <w:rPr>
          <w:lang w:val="pt-BR"/>
        </w:rPr>
        <w:t>contribuição para os Objetivos de Desenvolvimento Sustentável (ODS) e para a Gestão Responsável;</w:t>
      </w:r>
    </w:p>
    <w:p w14:paraId="45E45140" w14:textId="77777777" w:rsidR="00DC6F6C" w:rsidRPr="00616B7B" w:rsidRDefault="00000000">
      <w:pPr>
        <w:pStyle w:val="Commarcadores"/>
        <w:spacing w:after="20"/>
        <w:rPr>
          <w:lang w:val="pt-BR"/>
        </w:rPr>
      </w:pPr>
      <w:r>
        <w:rPr>
          <w:lang w:val="pt-BR"/>
        </w:rPr>
        <w:t>lições aprendidas;</w:t>
      </w:r>
    </w:p>
    <w:p w14:paraId="630DF145" w14:textId="77777777" w:rsidR="00DC6F6C" w:rsidRPr="00616B7B" w:rsidRDefault="00000000">
      <w:pPr>
        <w:pStyle w:val="Commarcadores"/>
        <w:spacing w:after="20"/>
        <w:rPr>
          <w:lang w:val="pt-BR"/>
        </w:rPr>
      </w:pPr>
      <w:r>
        <w:rPr>
          <w:lang w:val="pt-BR"/>
        </w:rPr>
        <w:t>síntese conclusiva.</w:t>
      </w:r>
    </w:p>
    <w:p w14:paraId="28EDC8EC" w14:textId="66B5EC46" w:rsidR="00DC6F6C" w:rsidRPr="00616B7B" w:rsidRDefault="00000000" w:rsidP="00BD2C3F">
      <w:pPr>
        <w:spacing w:after="80"/>
        <w:ind w:firstLine="360"/>
        <w:jc w:val="both"/>
        <w:rPr>
          <w:lang w:val="pt-BR"/>
        </w:rPr>
      </w:pPr>
      <w:r>
        <w:rPr>
          <w:lang w:val="pt-BR"/>
        </w:rPr>
        <w:t>Esses elementos deverão aparecer de maneira articulada em uma narrativa única, sem subdivisão em subtítulos. Não inserir tabelas, figuras, gráficos, fotografias, vídeos, documentos comprobatórios, links, notas de rodapé, referências bibliográficas ou anexos. Os documentos comprobatórios serão solicitados somente em etapa posterior, quando aplicável.</w:t>
      </w:r>
    </w:p>
    <w:p w14:paraId="4541CBF1" w14:textId="74EC68F0" w:rsidR="00DC6F6C" w:rsidRPr="00616B7B" w:rsidRDefault="00000000">
      <w:pPr>
        <w:spacing w:before="160" w:after="80"/>
        <w:rPr>
          <w:lang w:val="pt-BR"/>
        </w:rPr>
      </w:pPr>
      <w:r>
        <w:rPr>
          <w:b/>
          <w:sz w:val="24"/>
          <w:lang w:val="pt-BR"/>
        </w:rPr>
        <w:t>3. Orientações para Preenchimento</w:t>
      </w:r>
    </w:p>
    <w:p w14:paraId="0839BDF6" w14:textId="77777777" w:rsidR="00DC6F6C" w:rsidRPr="00616B7B" w:rsidRDefault="00000000">
      <w:pPr>
        <w:pStyle w:val="Commarcadores"/>
        <w:rPr>
          <w:lang w:val="pt-BR"/>
        </w:rPr>
      </w:pPr>
      <w:r>
        <w:rPr>
          <w:lang w:val="pt-BR"/>
        </w:rPr>
        <w:t>Redigir as informações de forma clara, objetiva e impessoal.</w:t>
      </w:r>
    </w:p>
    <w:p w14:paraId="2A393EF1" w14:textId="77777777" w:rsidR="00DC6F6C" w:rsidRPr="00616B7B" w:rsidRDefault="00000000">
      <w:pPr>
        <w:pStyle w:val="Commarcadores"/>
        <w:rPr>
          <w:lang w:val="pt-BR"/>
        </w:rPr>
      </w:pPr>
      <w:r>
        <w:rPr>
          <w:lang w:val="pt-BR"/>
        </w:rPr>
        <w:t>Apresentar dados verificáveis e evitar afirmações genéricas ou exclusivamente opinativas.</w:t>
      </w:r>
    </w:p>
    <w:p w14:paraId="71305C58" w14:textId="77777777" w:rsidR="00DC6F6C" w:rsidRPr="00616B7B" w:rsidRDefault="00000000">
      <w:pPr>
        <w:pStyle w:val="Commarcadores"/>
        <w:rPr>
          <w:lang w:val="pt-BR"/>
        </w:rPr>
      </w:pPr>
      <w:r>
        <w:rPr>
          <w:lang w:val="pt-BR"/>
        </w:rPr>
        <w:t>Diferenciar atividades realizadas, resultados alcançados e impactos produzidos.</w:t>
      </w:r>
    </w:p>
    <w:p w14:paraId="67539008" w14:textId="77777777" w:rsidR="00DC6F6C" w:rsidRPr="00616B7B" w:rsidRDefault="00000000">
      <w:pPr>
        <w:pStyle w:val="Commarcadores"/>
        <w:rPr>
          <w:lang w:val="pt-BR"/>
        </w:rPr>
      </w:pPr>
      <w:r>
        <w:rPr>
          <w:lang w:val="pt-BR"/>
        </w:rPr>
        <w:lastRenderedPageBreak/>
        <w:t>Informar os indicadores existentes, ainda que não sejam acompanhados por documentos comprobatórios nesta fase.</w:t>
      </w:r>
    </w:p>
    <w:p w14:paraId="0BC96AAF" w14:textId="77777777" w:rsidR="00DC6F6C" w:rsidRPr="00616B7B" w:rsidRDefault="00000000">
      <w:pPr>
        <w:pStyle w:val="Commarcadores"/>
        <w:rPr>
          <w:lang w:val="pt-BR"/>
        </w:rPr>
      </w:pPr>
      <w:r>
        <w:rPr>
          <w:lang w:val="pt-BR"/>
        </w:rPr>
        <w:t>Revisar o arquivo antes do envio e confirmar se todos os campos de identificação e todos os elementos obrigatórios do Resumo Expandido foram contemplados.</w:t>
      </w:r>
    </w:p>
    <w:p w14:paraId="490E8501" w14:textId="2D9C4098" w:rsidR="00DC6F6C" w:rsidRPr="00616B7B" w:rsidRDefault="00000000">
      <w:pPr>
        <w:spacing w:before="160" w:after="80"/>
        <w:rPr>
          <w:lang w:val="pt-BR"/>
        </w:rPr>
      </w:pPr>
      <w:r>
        <w:rPr>
          <w:b/>
          <w:sz w:val="24"/>
          <w:lang w:val="pt-BR"/>
        </w:rPr>
        <w:t>4. Validade da Submissão</w:t>
      </w:r>
    </w:p>
    <w:p w14:paraId="4D115180" w14:textId="77777777" w:rsidR="00DC6F6C" w:rsidRPr="00616B7B" w:rsidRDefault="00000000" w:rsidP="00BD2C3F">
      <w:pPr>
        <w:spacing w:after="80"/>
        <w:ind w:firstLine="720"/>
        <w:jc w:val="both"/>
        <w:rPr>
          <w:lang w:val="pt-BR"/>
        </w:rPr>
      </w:pPr>
      <w:r>
        <w:rPr>
          <w:lang w:val="pt-BR"/>
        </w:rPr>
        <w:t xml:space="preserve">A inscrição somente será considerada concluída após o preenchimento integral dos campos obrigatórios da plataforma Even3, o envio do </w:t>
      </w:r>
      <w:proofErr w:type="spellStart"/>
      <w:r w:rsidRPr="007C0387">
        <w:rPr>
          <w:i/>
          <w:iCs/>
          <w:lang w:val="pt-BR"/>
        </w:rPr>
        <w:t>Template</w:t>
      </w:r>
      <w:proofErr w:type="spellEnd"/>
      <w:r>
        <w:rPr>
          <w:lang w:val="pt-BR"/>
        </w:rPr>
        <w:t xml:space="preserve"> Oficial e a concordância com as declarações de veracidade das informações e de ciência do Regulamento.</w:t>
      </w:r>
    </w:p>
    <w:p w14:paraId="2C70890C" w14:textId="2C2DEA1D" w:rsidR="00DC6F6C" w:rsidRPr="00616B7B" w:rsidRDefault="00000000">
      <w:pPr>
        <w:spacing w:before="160" w:after="80"/>
        <w:rPr>
          <w:lang w:val="pt-BR"/>
        </w:rPr>
      </w:pPr>
      <w:r>
        <w:rPr>
          <w:b/>
          <w:sz w:val="24"/>
          <w:lang w:val="pt-BR"/>
        </w:rPr>
        <w:t>5. Critérios de Desclassificação</w:t>
      </w:r>
    </w:p>
    <w:p w14:paraId="74465A43" w14:textId="77777777" w:rsidR="00DC6F6C" w:rsidRPr="00616B7B" w:rsidRDefault="00000000">
      <w:pPr>
        <w:spacing w:after="80"/>
        <w:jc w:val="both"/>
        <w:rPr>
          <w:lang w:val="pt-BR"/>
        </w:rPr>
      </w:pPr>
      <w:r>
        <w:rPr>
          <w:lang w:val="pt-BR"/>
        </w:rPr>
        <w:t>A iniciativa poderá ser desclassificada na 1ª fase quando:</w:t>
      </w:r>
    </w:p>
    <w:p w14:paraId="4A01B26D" w14:textId="77777777" w:rsidR="00DC6F6C" w:rsidRPr="00616B7B" w:rsidRDefault="00000000">
      <w:pPr>
        <w:pStyle w:val="Commarcadores"/>
        <w:rPr>
          <w:lang w:val="pt-BR"/>
        </w:rPr>
      </w:pPr>
      <w:r>
        <w:rPr>
          <w:lang w:val="pt-BR"/>
        </w:rPr>
        <w:t>não atender aos requisitos de elegibilidade;</w:t>
      </w:r>
    </w:p>
    <w:p w14:paraId="3E26E3A1" w14:textId="77777777" w:rsidR="00DC6F6C" w:rsidRPr="00616B7B" w:rsidRDefault="00000000">
      <w:pPr>
        <w:pStyle w:val="Commarcadores"/>
        <w:rPr>
          <w:lang w:val="pt-BR"/>
        </w:rPr>
      </w:pPr>
      <w:r>
        <w:rPr>
          <w:lang w:val="pt-BR"/>
        </w:rPr>
        <w:t xml:space="preserve">não utilizar o </w:t>
      </w:r>
      <w:proofErr w:type="spellStart"/>
      <w:r w:rsidRPr="007C0387">
        <w:rPr>
          <w:i/>
          <w:iCs/>
          <w:lang w:val="pt-BR"/>
        </w:rPr>
        <w:t>Template</w:t>
      </w:r>
      <w:proofErr w:type="spellEnd"/>
      <w:r>
        <w:rPr>
          <w:lang w:val="pt-BR"/>
        </w:rPr>
        <w:t xml:space="preserve"> Oficial;</w:t>
      </w:r>
    </w:p>
    <w:p w14:paraId="74F75DC5" w14:textId="77777777" w:rsidR="00DC6F6C" w:rsidRPr="00616B7B" w:rsidRDefault="00000000">
      <w:pPr>
        <w:pStyle w:val="Commarcadores"/>
        <w:rPr>
          <w:lang w:val="pt-BR"/>
        </w:rPr>
      </w:pPr>
      <w:r>
        <w:rPr>
          <w:lang w:val="pt-BR"/>
        </w:rPr>
        <w:t xml:space="preserve">apresentar campos obrigatórios da plataforma ou do </w:t>
      </w:r>
      <w:proofErr w:type="spellStart"/>
      <w:r w:rsidRPr="007C0387">
        <w:rPr>
          <w:i/>
          <w:iCs/>
          <w:lang w:val="pt-BR"/>
        </w:rPr>
        <w:t>Template</w:t>
      </w:r>
      <w:proofErr w:type="spellEnd"/>
      <w:r>
        <w:rPr>
          <w:lang w:val="pt-BR"/>
        </w:rPr>
        <w:t xml:space="preserve"> Oficial incompletos;</w:t>
      </w:r>
    </w:p>
    <w:p w14:paraId="50D536F1" w14:textId="77777777" w:rsidR="00DC6F6C" w:rsidRPr="00616B7B" w:rsidRDefault="00000000">
      <w:pPr>
        <w:pStyle w:val="Commarcadores"/>
        <w:rPr>
          <w:lang w:val="pt-BR"/>
        </w:rPr>
      </w:pPr>
      <w:r>
        <w:rPr>
          <w:lang w:val="pt-BR"/>
        </w:rPr>
        <w:t>for submetida fora do prazo;</w:t>
      </w:r>
    </w:p>
    <w:p w14:paraId="1EA99671" w14:textId="77777777" w:rsidR="00DC6F6C" w:rsidRPr="00616B7B" w:rsidRDefault="00000000">
      <w:pPr>
        <w:pStyle w:val="Commarcadores"/>
        <w:rPr>
          <w:lang w:val="pt-BR"/>
        </w:rPr>
      </w:pPr>
      <w:r>
        <w:rPr>
          <w:lang w:val="pt-BR"/>
        </w:rPr>
        <w:t>não ser executada por Prefeitura integrante da AMVALE ou não demonstrar a participação institucional da Prefeitura proponente;</w:t>
      </w:r>
    </w:p>
    <w:p w14:paraId="6AFD2D30" w14:textId="77777777" w:rsidR="00DC6F6C" w:rsidRPr="00616B7B" w:rsidRDefault="00000000">
      <w:pPr>
        <w:pStyle w:val="Commarcadores"/>
        <w:rPr>
          <w:lang w:val="pt-BR"/>
        </w:rPr>
      </w:pPr>
      <w:r>
        <w:rPr>
          <w:lang w:val="pt-BR"/>
        </w:rPr>
        <w:t>apresentar informações incompatíveis com o Regulamento ou cuja veracidade não possa ser posteriormente comprovada.</w:t>
      </w:r>
    </w:p>
    <w:p w14:paraId="0DBB76DD" w14:textId="126437E0" w:rsidR="00DC6F6C" w:rsidRPr="00616B7B" w:rsidRDefault="00000000">
      <w:pPr>
        <w:spacing w:before="160" w:after="80"/>
        <w:rPr>
          <w:lang w:val="pt-BR"/>
        </w:rPr>
      </w:pPr>
      <w:r>
        <w:rPr>
          <w:b/>
          <w:sz w:val="24"/>
          <w:lang w:val="pt-BR"/>
        </w:rPr>
        <w:t>6. Relação entre os elementos do Resumo Expandido e os critérios de avaliação</w:t>
      </w:r>
    </w:p>
    <w:p w14:paraId="6BCBA977" w14:textId="279E0F2E" w:rsidR="00DC6F6C" w:rsidRDefault="00000000" w:rsidP="00BD2C3F">
      <w:pPr>
        <w:spacing w:after="80"/>
        <w:ind w:firstLine="720"/>
        <w:jc w:val="both"/>
        <w:rPr>
          <w:lang w:val="pt-BR"/>
        </w:rPr>
      </w:pPr>
      <w:r>
        <w:rPr>
          <w:lang w:val="pt-BR"/>
        </w:rPr>
        <w:t>Os elementos obrigatórios do Resumo Expandido subsidiam a avaliação da iniciativa conforme a correspondência apresentada a seguir. Embora devam constar de maneira integrada em texto corrido, todos deverão estar claramente identificáveis na narrativa.</w:t>
      </w:r>
    </w:p>
    <w:tbl>
      <w:tblPr>
        <w:tblStyle w:val="Tabelacomgrade"/>
        <w:tblW w:w="9252" w:type="dxa"/>
        <w:jc w:val="center"/>
        <w:tblLook w:val="04A0" w:firstRow="1" w:lastRow="0" w:firstColumn="1" w:lastColumn="0" w:noHBand="0" w:noVBand="1"/>
      </w:tblPr>
      <w:tblGrid>
        <w:gridCol w:w="4602"/>
        <w:gridCol w:w="4650"/>
      </w:tblGrid>
      <w:tr w:rsidR="00DC6F6C" w:rsidRPr="00616B7B" w14:paraId="7F2C7130" w14:textId="77777777" w:rsidTr="009E1BDD">
        <w:trPr>
          <w:jc w:val="center"/>
        </w:trPr>
        <w:tc>
          <w:tcPr>
            <w:tcW w:w="4602" w:type="dxa"/>
            <w:shd w:val="clear" w:color="auto" w:fill="000000"/>
            <w:vAlign w:val="center"/>
          </w:tcPr>
          <w:p w14:paraId="7F31285F" w14:textId="77777777" w:rsidR="00DC6F6C" w:rsidRPr="00616B7B" w:rsidRDefault="00000000">
            <w:pPr>
              <w:rPr>
                <w:lang w:val="pt-BR"/>
              </w:rPr>
            </w:pPr>
            <w:r>
              <w:rPr>
                <w:b/>
                <w:color w:val="FFFFFF"/>
                <w:lang w:val="pt-BR"/>
              </w:rPr>
              <w:t>Elemento obrigatório</w:t>
            </w:r>
          </w:p>
        </w:tc>
        <w:tc>
          <w:tcPr>
            <w:tcW w:w="4650" w:type="dxa"/>
            <w:shd w:val="clear" w:color="auto" w:fill="000000"/>
            <w:vAlign w:val="center"/>
          </w:tcPr>
          <w:p w14:paraId="1BE6C551" w14:textId="77777777" w:rsidR="00DC6F6C" w:rsidRPr="00616B7B" w:rsidRDefault="00000000">
            <w:pPr>
              <w:rPr>
                <w:lang w:val="pt-BR"/>
              </w:rPr>
            </w:pPr>
            <w:r>
              <w:rPr>
                <w:b/>
                <w:color w:val="FFFFFF"/>
                <w:lang w:val="pt-BR"/>
              </w:rPr>
              <w:t>Critério relacionado</w:t>
            </w:r>
          </w:p>
        </w:tc>
      </w:tr>
      <w:tr w:rsidR="00DC6F6C" w:rsidRPr="00616B7B" w14:paraId="13995400" w14:textId="77777777" w:rsidTr="009E1BDD">
        <w:trPr>
          <w:jc w:val="center"/>
        </w:trPr>
        <w:tc>
          <w:tcPr>
            <w:tcW w:w="4602" w:type="dxa"/>
            <w:vAlign w:val="center"/>
          </w:tcPr>
          <w:p w14:paraId="66FF4A8D" w14:textId="77777777" w:rsidR="00DC6F6C" w:rsidRPr="00616B7B" w:rsidRDefault="00000000">
            <w:pPr>
              <w:rPr>
                <w:lang w:val="pt-BR"/>
              </w:rPr>
            </w:pPr>
            <w:r>
              <w:rPr>
                <w:b/>
                <w:lang w:val="pt-BR"/>
              </w:rPr>
              <w:t>Apresentação, contexto, justificativa e objetivos</w:t>
            </w:r>
          </w:p>
        </w:tc>
        <w:tc>
          <w:tcPr>
            <w:tcW w:w="4650" w:type="dxa"/>
            <w:vAlign w:val="center"/>
          </w:tcPr>
          <w:p w14:paraId="6ADBF6D6" w14:textId="77777777" w:rsidR="00DC6F6C" w:rsidRPr="00616B7B" w:rsidRDefault="00000000">
            <w:pPr>
              <w:rPr>
                <w:lang w:val="pt-BR"/>
              </w:rPr>
            </w:pPr>
            <w:r>
              <w:rPr>
                <w:lang w:val="pt-BR"/>
              </w:rPr>
              <w:t>Relevância para a administração pública municipal.</w:t>
            </w:r>
          </w:p>
        </w:tc>
      </w:tr>
      <w:tr w:rsidR="00DC6F6C" w:rsidRPr="00616B7B" w14:paraId="427373A0" w14:textId="77777777" w:rsidTr="009E1BDD">
        <w:trPr>
          <w:jc w:val="center"/>
        </w:trPr>
        <w:tc>
          <w:tcPr>
            <w:tcW w:w="4602" w:type="dxa"/>
            <w:vAlign w:val="center"/>
          </w:tcPr>
          <w:p w14:paraId="7C3838F9" w14:textId="77777777" w:rsidR="00DC6F6C" w:rsidRPr="00616B7B" w:rsidRDefault="00000000">
            <w:pPr>
              <w:rPr>
                <w:lang w:val="pt-BR"/>
              </w:rPr>
            </w:pPr>
            <w:r>
              <w:rPr>
                <w:b/>
                <w:lang w:val="pt-BR"/>
              </w:rPr>
              <w:t>Descrição e implementação da iniciativa</w:t>
            </w:r>
          </w:p>
        </w:tc>
        <w:tc>
          <w:tcPr>
            <w:tcW w:w="4650" w:type="dxa"/>
            <w:vAlign w:val="center"/>
          </w:tcPr>
          <w:p w14:paraId="13EE9269" w14:textId="77777777" w:rsidR="00DC6F6C" w:rsidRPr="00616B7B" w:rsidRDefault="00000000">
            <w:pPr>
              <w:rPr>
                <w:lang w:val="pt-BR"/>
              </w:rPr>
            </w:pPr>
            <w:r>
              <w:rPr>
                <w:lang w:val="pt-BR"/>
              </w:rPr>
              <w:t>Relevância e grau de inovação.</w:t>
            </w:r>
          </w:p>
        </w:tc>
      </w:tr>
      <w:tr w:rsidR="00DC6F6C" w:rsidRPr="00616B7B" w14:paraId="03A6C37D" w14:textId="77777777" w:rsidTr="009E1BDD">
        <w:trPr>
          <w:jc w:val="center"/>
        </w:trPr>
        <w:tc>
          <w:tcPr>
            <w:tcW w:w="4602" w:type="dxa"/>
            <w:vAlign w:val="center"/>
          </w:tcPr>
          <w:p w14:paraId="6227A4C7" w14:textId="77777777" w:rsidR="00DC6F6C" w:rsidRPr="00616B7B" w:rsidRDefault="00000000">
            <w:pPr>
              <w:rPr>
                <w:lang w:val="pt-BR"/>
              </w:rPr>
            </w:pPr>
            <w:r>
              <w:rPr>
                <w:b/>
                <w:lang w:val="pt-BR"/>
              </w:rPr>
              <w:t>Resultados, indicadores e impactos</w:t>
            </w:r>
          </w:p>
        </w:tc>
        <w:tc>
          <w:tcPr>
            <w:tcW w:w="4650" w:type="dxa"/>
            <w:vAlign w:val="center"/>
          </w:tcPr>
          <w:p w14:paraId="25E95676" w14:textId="77777777" w:rsidR="00DC6F6C" w:rsidRPr="00616B7B" w:rsidRDefault="00000000">
            <w:pPr>
              <w:rPr>
                <w:lang w:val="pt-BR"/>
              </w:rPr>
            </w:pPr>
            <w:r>
              <w:rPr>
                <w:lang w:val="pt-BR"/>
              </w:rPr>
              <w:t>Impacto e resultados alcançados.</w:t>
            </w:r>
          </w:p>
        </w:tc>
      </w:tr>
      <w:tr w:rsidR="00DC6F6C" w:rsidRPr="00616B7B" w14:paraId="690A0C6A" w14:textId="77777777" w:rsidTr="009E1BDD">
        <w:trPr>
          <w:jc w:val="center"/>
        </w:trPr>
        <w:tc>
          <w:tcPr>
            <w:tcW w:w="4602" w:type="dxa"/>
            <w:vAlign w:val="center"/>
          </w:tcPr>
          <w:p w14:paraId="2FA644FD" w14:textId="77777777" w:rsidR="00DC6F6C" w:rsidRPr="00616B7B" w:rsidRDefault="00000000">
            <w:pPr>
              <w:rPr>
                <w:lang w:val="pt-BR"/>
              </w:rPr>
            </w:pPr>
            <w:r>
              <w:rPr>
                <w:b/>
                <w:lang w:val="pt-BR"/>
              </w:rPr>
              <w:t>Aspectos inovadores</w:t>
            </w:r>
          </w:p>
        </w:tc>
        <w:tc>
          <w:tcPr>
            <w:tcW w:w="4650" w:type="dxa"/>
            <w:vAlign w:val="center"/>
          </w:tcPr>
          <w:p w14:paraId="18B168B1" w14:textId="77777777" w:rsidR="00DC6F6C" w:rsidRPr="00616B7B" w:rsidRDefault="00000000">
            <w:pPr>
              <w:rPr>
                <w:lang w:val="pt-BR"/>
              </w:rPr>
            </w:pPr>
            <w:r>
              <w:rPr>
                <w:lang w:val="pt-BR"/>
              </w:rPr>
              <w:t>Grau de inovação.</w:t>
            </w:r>
          </w:p>
        </w:tc>
      </w:tr>
      <w:tr w:rsidR="00DC6F6C" w:rsidRPr="00616B7B" w14:paraId="541C3947" w14:textId="77777777" w:rsidTr="009E1BDD">
        <w:trPr>
          <w:jc w:val="center"/>
        </w:trPr>
        <w:tc>
          <w:tcPr>
            <w:tcW w:w="4602" w:type="dxa"/>
            <w:vAlign w:val="center"/>
          </w:tcPr>
          <w:p w14:paraId="418B2E9A" w14:textId="77777777" w:rsidR="00DC6F6C" w:rsidRPr="00616B7B" w:rsidRDefault="00000000">
            <w:pPr>
              <w:rPr>
                <w:lang w:val="pt-BR"/>
              </w:rPr>
            </w:pPr>
            <w:r>
              <w:rPr>
                <w:b/>
                <w:lang w:val="pt-BR"/>
              </w:rPr>
              <w:t>Replicabilidade e lições aprendidas</w:t>
            </w:r>
          </w:p>
        </w:tc>
        <w:tc>
          <w:tcPr>
            <w:tcW w:w="4650" w:type="dxa"/>
            <w:vAlign w:val="center"/>
          </w:tcPr>
          <w:p w14:paraId="13879999" w14:textId="77777777" w:rsidR="00DC6F6C" w:rsidRPr="00616B7B" w:rsidRDefault="00000000">
            <w:pPr>
              <w:rPr>
                <w:lang w:val="pt-BR"/>
              </w:rPr>
            </w:pPr>
            <w:r>
              <w:rPr>
                <w:lang w:val="pt-BR"/>
              </w:rPr>
              <w:t>Potencial de replicabilidade.</w:t>
            </w:r>
          </w:p>
        </w:tc>
      </w:tr>
      <w:tr w:rsidR="00DC6F6C" w:rsidRPr="00616B7B" w14:paraId="55247A9C" w14:textId="77777777" w:rsidTr="009E1BDD">
        <w:trPr>
          <w:jc w:val="center"/>
        </w:trPr>
        <w:tc>
          <w:tcPr>
            <w:tcW w:w="4602" w:type="dxa"/>
            <w:vAlign w:val="center"/>
          </w:tcPr>
          <w:p w14:paraId="59CE498F" w14:textId="77777777" w:rsidR="00DC6F6C" w:rsidRPr="00616B7B" w:rsidRDefault="00000000">
            <w:pPr>
              <w:rPr>
                <w:lang w:val="pt-BR"/>
              </w:rPr>
            </w:pPr>
            <w:r>
              <w:rPr>
                <w:b/>
                <w:lang w:val="pt-BR"/>
              </w:rPr>
              <w:t>Contribuição para os ODS e para a Gestão Responsável</w:t>
            </w:r>
          </w:p>
        </w:tc>
        <w:tc>
          <w:tcPr>
            <w:tcW w:w="4650" w:type="dxa"/>
            <w:vAlign w:val="center"/>
          </w:tcPr>
          <w:p w14:paraId="59E8DAF3" w14:textId="77777777" w:rsidR="00DC6F6C" w:rsidRPr="00616B7B" w:rsidRDefault="00000000">
            <w:pPr>
              <w:rPr>
                <w:lang w:val="pt-BR"/>
              </w:rPr>
            </w:pPr>
            <w:r>
              <w:rPr>
                <w:lang w:val="pt-BR"/>
              </w:rPr>
              <w:t>Aderência aos ODS e à Gestão Responsável.</w:t>
            </w:r>
          </w:p>
        </w:tc>
      </w:tr>
      <w:tr w:rsidR="00DC6F6C" w:rsidRPr="00616B7B" w14:paraId="04C7C66E" w14:textId="77777777" w:rsidTr="009E1BDD">
        <w:trPr>
          <w:jc w:val="center"/>
        </w:trPr>
        <w:tc>
          <w:tcPr>
            <w:tcW w:w="4602" w:type="dxa"/>
            <w:vAlign w:val="center"/>
          </w:tcPr>
          <w:p w14:paraId="7380A6CF" w14:textId="77777777" w:rsidR="00DC6F6C" w:rsidRPr="00616B7B" w:rsidRDefault="00000000">
            <w:pPr>
              <w:rPr>
                <w:lang w:val="pt-BR"/>
              </w:rPr>
            </w:pPr>
            <w:r>
              <w:rPr>
                <w:b/>
                <w:lang w:val="pt-BR"/>
              </w:rPr>
              <w:t>Texto completo</w:t>
            </w:r>
          </w:p>
        </w:tc>
        <w:tc>
          <w:tcPr>
            <w:tcW w:w="4650" w:type="dxa"/>
            <w:vAlign w:val="center"/>
          </w:tcPr>
          <w:p w14:paraId="298C41DF" w14:textId="77777777" w:rsidR="00DC6F6C" w:rsidRPr="00616B7B" w:rsidRDefault="00000000">
            <w:pPr>
              <w:rPr>
                <w:lang w:val="pt-BR"/>
              </w:rPr>
            </w:pPr>
            <w:r>
              <w:rPr>
                <w:lang w:val="pt-BR"/>
              </w:rPr>
              <w:t>Qualidade técnica da submissão.</w:t>
            </w:r>
          </w:p>
        </w:tc>
      </w:tr>
      <w:tr w:rsidR="00DC6F6C" w:rsidRPr="00616B7B" w14:paraId="437D6F0E" w14:textId="77777777" w:rsidTr="009E1BDD">
        <w:trPr>
          <w:jc w:val="center"/>
        </w:trPr>
        <w:tc>
          <w:tcPr>
            <w:tcW w:w="9252" w:type="dxa"/>
            <w:gridSpan w:val="2"/>
            <w:shd w:val="clear" w:color="auto" w:fill="FFF2CC"/>
            <w:vAlign w:val="center"/>
          </w:tcPr>
          <w:p w14:paraId="7F142932" w14:textId="4031FF0A" w:rsidR="009E60F2" w:rsidRPr="009E1BDD" w:rsidRDefault="00000000">
            <w:pPr>
              <w:rPr>
                <w:bCs/>
                <w:lang w:val="pt-BR"/>
              </w:rPr>
            </w:pPr>
            <w:r w:rsidRPr="009E1BDD">
              <w:rPr>
                <w:b/>
                <w:lang w:val="pt-BR"/>
              </w:rPr>
              <w:t>ORIENTAÇÃO PARA ENVIO</w:t>
            </w:r>
            <w:r w:rsidRPr="009E1BDD">
              <w:rPr>
                <w:bCs/>
                <w:lang w:val="pt-BR"/>
              </w:rPr>
              <w:br/>
              <w:t xml:space="preserve">O conteúdo apresentado até este ponto corresponde exclusivamente às Regras para Submissão e não deverá integrar o arquivo enviado. Para realizar a submissão, preencha o </w:t>
            </w:r>
            <w:proofErr w:type="spellStart"/>
            <w:r w:rsidRPr="009E1BDD">
              <w:rPr>
                <w:bCs/>
                <w:i/>
                <w:iCs/>
                <w:lang w:val="pt-BR"/>
              </w:rPr>
              <w:t>Template</w:t>
            </w:r>
            <w:proofErr w:type="spellEnd"/>
            <w:r w:rsidRPr="009E1BDD">
              <w:rPr>
                <w:bCs/>
                <w:lang w:val="pt-BR"/>
              </w:rPr>
              <w:t xml:space="preserve"> Oficial a seguir. Antes de salvar o documento em PDF, exclua todo o conteúdo anterior ao título “TÍTULO DA INICIATIVA”. O arquivo submetido na plataforma Even3 deverá conter somente o </w:t>
            </w:r>
            <w:proofErr w:type="spellStart"/>
            <w:r w:rsidRPr="009E1BDD">
              <w:rPr>
                <w:bCs/>
                <w:i/>
                <w:iCs/>
                <w:lang w:val="pt-BR"/>
              </w:rPr>
              <w:t>Template</w:t>
            </w:r>
            <w:proofErr w:type="spellEnd"/>
            <w:r w:rsidRPr="009E1BDD">
              <w:rPr>
                <w:bCs/>
                <w:lang w:val="pt-BR"/>
              </w:rPr>
              <w:t xml:space="preserve"> Oficial preenchido.</w:t>
            </w:r>
          </w:p>
        </w:tc>
      </w:tr>
    </w:tbl>
    <w:p w14:paraId="3E1A4AB9" w14:textId="77777777" w:rsidR="00DC6F6C" w:rsidRPr="00616B7B" w:rsidRDefault="00000000">
      <w:pPr>
        <w:rPr>
          <w:lang w:val="pt-BR"/>
        </w:rPr>
      </w:pPr>
      <w:r>
        <w:rPr>
          <w:lang w:val="pt-BR"/>
        </w:rPr>
        <w:br w:type="page"/>
      </w:r>
    </w:p>
    <w:p w14:paraId="11B15E7F" w14:textId="33CE3124" w:rsidR="00DC6F6C" w:rsidRPr="00616B7B" w:rsidRDefault="00000000" w:rsidP="00616B7B">
      <w:pPr>
        <w:spacing w:after="120" w:line="240" w:lineRule="auto"/>
        <w:jc w:val="center"/>
        <w:rPr>
          <w:lang w:val="pt-BR"/>
        </w:rPr>
      </w:pPr>
      <w:r>
        <w:rPr>
          <w:b/>
          <w:sz w:val="28"/>
          <w:lang w:val="pt-BR"/>
        </w:rPr>
        <w:lastRenderedPageBreak/>
        <w:t>TÍTULO DA INICIATIVA</w:t>
      </w:r>
    </w:p>
    <w:p w14:paraId="5C82E5F5" w14:textId="77777777" w:rsidR="00DC6F6C" w:rsidRPr="00616B7B" w:rsidRDefault="00000000" w:rsidP="00616B7B">
      <w:pPr>
        <w:spacing w:after="120" w:line="240" w:lineRule="auto"/>
        <w:jc w:val="center"/>
        <w:rPr>
          <w:i/>
          <w:color w:val="646464"/>
          <w:sz w:val="24"/>
          <w:lang w:val="pt-BR"/>
        </w:rPr>
      </w:pPr>
      <w:r>
        <w:rPr>
          <w:i/>
          <w:color w:val="646464"/>
          <w:sz w:val="24"/>
          <w:lang w:val="pt-BR"/>
        </w:rPr>
        <w:t>Substitua este texto pelo título da iniciativa, em até 20 palavras.</w:t>
      </w:r>
    </w:p>
    <w:p w14:paraId="20CD2E39" w14:textId="77777777" w:rsidR="00616B7B" w:rsidRPr="00616B7B" w:rsidRDefault="00616B7B" w:rsidP="00616B7B">
      <w:pPr>
        <w:spacing w:after="120" w:line="240" w:lineRule="auto"/>
        <w:jc w:val="center"/>
        <w:rPr>
          <w:lang w:val="pt-BR"/>
        </w:rPr>
      </w:pPr>
    </w:p>
    <w:tbl>
      <w:tblPr>
        <w:tblStyle w:val="Tabelacomgrade"/>
        <w:tblW w:w="8880" w:type="dxa"/>
        <w:jc w:val="center"/>
        <w:tblLook w:val="04A0" w:firstRow="1" w:lastRow="0" w:firstColumn="1" w:lastColumn="0" w:noHBand="0" w:noVBand="1"/>
      </w:tblPr>
      <w:tblGrid>
        <w:gridCol w:w="2431"/>
        <w:gridCol w:w="6449"/>
      </w:tblGrid>
      <w:tr w:rsidR="00DC6F6C" w:rsidRPr="00616B7B" w14:paraId="74AF776D" w14:textId="77777777" w:rsidTr="00616B7B">
        <w:trPr>
          <w:jc w:val="center"/>
        </w:trPr>
        <w:tc>
          <w:tcPr>
            <w:tcW w:w="2431" w:type="dxa"/>
            <w:shd w:val="clear" w:color="auto" w:fill="000000"/>
            <w:vAlign w:val="center"/>
          </w:tcPr>
          <w:p w14:paraId="24BCCE35" w14:textId="77777777" w:rsidR="00DC6F6C" w:rsidRPr="00616B7B" w:rsidRDefault="00000000" w:rsidP="00616B7B">
            <w:pPr>
              <w:spacing w:after="120"/>
              <w:rPr>
                <w:sz w:val="24"/>
                <w:szCs w:val="24"/>
                <w:lang w:val="pt-BR"/>
              </w:rPr>
            </w:pPr>
            <w:r>
              <w:rPr>
                <w:b/>
                <w:color w:val="FFFFFF"/>
                <w:sz w:val="24"/>
                <w:szCs w:val="24"/>
                <w:lang w:val="pt-BR"/>
              </w:rPr>
              <w:t>Campo</w:t>
            </w:r>
          </w:p>
        </w:tc>
        <w:tc>
          <w:tcPr>
            <w:tcW w:w="6449" w:type="dxa"/>
            <w:shd w:val="clear" w:color="auto" w:fill="000000"/>
            <w:vAlign w:val="center"/>
          </w:tcPr>
          <w:p w14:paraId="7A3F97CC" w14:textId="77777777" w:rsidR="00DC6F6C" w:rsidRPr="00616B7B" w:rsidRDefault="00000000" w:rsidP="00616B7B">
            <w:pPr>
              <w:spacing w:after="120"/>
              <w:rPr>
                <w:sz w:val="24"/>
                <w:szCs w:val="24"/>
                <w:lang w:val="pt-BR"/>
              </w:rPr>
            </w:pPr>
            <w:r>
              <w:rPr>
                <w:b/>
                <w:color w:val="FFFFFF"/>
                <w:sz w:val="24"/>
                <w:szCs w:val="24"/>
                <w:lang w:val="pt-BR"/>
              </w:rPr>
              <w:t>Informação</w:t>
            </w:r>
          </w:p>
        </w:tc>
      </w:tr>
      <w:tr w:rsidR="00DC6F6C" w:rsidRPr="00616B7B" w14:paraId="1DBEDD31" w14:textId="77777777" w:rsidTr="00616B7B">
        <w:trPr>
          <w:jc w:val="center"/>
        </w:trPr>
        <w:tc>
          <w:tcPr>
            <w:tcW w:w="2431" w:type="dxa"/>
            <w:vAlign w:val="center"/>
          </w:tcPr>
          <w:p w14:paraId="0A85766E" w14:textId="77777777" w:rsidR="00DC6F6C" w:rsidRPr="00616B7B" w:rsidRDefault="00000000" w:rsidP="00616B7B">
            <w:pPr>
              <w:spacing w:after="120"/>
              <w:rPr>
                <w:sz w:val="24"/>
                <w:szCs w:val="24"/>
                <w:lang w:val="pt-BR"/>
              </w:rPr>
            </w:pPr>
            <w:r>
              <w:rPr>
                <w:b/>
                <w:sz w:val="24"/>
                <w:szCs w:val="24"/>
                <w:lang w:val="pt-BR"/>
              </w:rPr>
              <w:t>Município</w:t>
            </w:r>
          </w:p>
        </w:tc>
        <w:tc>
          <w:tcPr>
            <w:tcW w:w="6449" w:type="dxa"/>
            <w:vAlign w:val="center"/>
          </w:tcPr>
          <w:p w14:paraId="3D1D07BE" w14:textId="77777777" w:rsidR="00DC6F6C" w:rsidRPr="00616B7B" w:rsidRDefault="00000000" w:rsidP="00616B7B">
            <w:pPr>
              <w:spacing w:after="120"/>
              <w:rPr>
                <w:iCs/>
                <w:sz w:val="24"/>
                <w:szCs w:val="24"/>
                <w:lang w:val="pt-BR"/>
              </w:rPr>
            </w:pPr>
            <w:r>
              <w:rPr>
                <w:iCs/>
                <w:sz w:val="24"/>
                <w:szCs w:val="24"/>
                <w:lang w:val="pt-BR"/>
              </w:rPr>
              <w:t>Substitua este texto pelo nome do município proponente.</w:t>
            </w:r>
          </w:p>
        </w:tc>
      </w:tr>
      <w:tr w:rsidR="00DC6F6C" w:rsidRPr="00616B7B" w14:paraId="23B46718" w14:textId="77777777" w:rsidTr="00616B7B">
        <w:trPr>
          <w:jc w:val="center"/>
        </w:trPr>
        <w:tc>
          <w:tcPr>
            <w:tcW w:w="2431" w:type="dxa"/>
            <w:vAlign w:val="center"/>
          </w:tcPr>
          <w:p w14:paraId="3E385A1F" w14:textId="77777777" w:rsidR="00DC6F6C" w:rsidRPr="00616B7B" w:rsidRDefault="00000000" w:rsidP="00616B7B">
            <w:pPr>
              <w:spacing w:after="120"/>
              <w:rPr>
                <w:sz w:val="24"/>
                <w:szCs w:val="24"/>
                <w:lang w:val="pt-BR"/>
              </w:rPr>
            </w:pPr>
            <w:r>
              <w:rPr>
                <w:b/>
                <w:sz w:val="24"/>
                <w:szCs w:val="24"/>
                <w:lang w:val="pt-BR"/>
              </w:rPr>
              <w:t>Órgão responsável</w:t>
            </w:r>
          </w:p>
        </w:tc>
        <w:tc>
          <w:tcPr>
            <w:tcW w:w="6449" w:type="dxa"/>
            <w:vAlign w:val="center"/>
          </w:tcPr>
          <w:p w14:paraId="12E62F61" w14:textId="77777777" w:rsidR="00DC6F6C" w:rsidRPr="00616B7B" w:rsidRDefault="00000000" w:rsidP="00616B7B">
            <w:pPr>
              <w:spacing w:after="120"/>
              <w:rPr>
                <w:iCs/>
                <w:sz w:val="24"/>
                <w:szCs w:val="24"/>
                <w:lang w:val="pt-BR"/>
              </w:rPr>
            </w:pPr>
            <w:r>
              <w:rPr>
                <w:iCs/>
                <w:sz w:val="24"/>
                <w:szCs w:val="24"/>
                <w:lang w:val="pt-BR"/>
              </w:rPr>
              <w:t>Substitua este texto pelo nome do órgão responsável.</w:t>
            </w:r>
          </w:p>
        </w:tc>
      </w:tr>
      <w:tr w:rsidR="00DC6F6C" w:rsidRPr="00616B7B" w14:paraId="33D08170" w14:textId="77777777" w:rsidTr="00616B7B">
        <w:trPr>
          <w:jc w:val="center"/>
        </w:trPr>
        <w:tc>
          <w:tcPr>
            <w:tcW w:w="2431" w:type="dxa"/>
            <w:vAlign w:val="center"/>
          </w:tcPr>
          <w:p w14:paraId="5AE3C8CD" w14:textId="77777777" w:rsidR="00DC6F6C" w:rsidRPr="00616B7B" w:rsidRDefault="00000000" w:rsidP="00616B7B">
            <w:pPr>
              <w:spacing w:after="120"/>
              <w:rPr>
                <w:sz w:val="24"/>
                <w:szCs w:val="24"/>
                <w:lang w:val="pt-BR"/>
              </w:rPr>
            </w:pPr>
            <w:r>
              <w:rPr>
                <w:b/>
                <w:sz w:val="24"/>
                <w:szCs w:val="24"/>
                <w:lang w:val="pt-BR"/>
              </w:rPr>
              <w:t>Secretaria responsável</w:t>
            </w:r>
          </w:p>
        </w:tc>
        <w:tc>
          <w:tcPr>
            <w:tcW w:w="6449" w:type="dxa"/>
            <w:vAlign w:val="center"/>
          </w:tcPr>
          <w:p w14:paraId="6F9B4C71" w14:textId="77777777" w:rsidR="00DC6F6C" w:rsidRPr="00616B7B" w:rsidRDefault="00000000" w:rsidP="00616B7B">
            <w:pPr>
              <w:spacing w:after="120"/>
              <w:rPr>
                <w:iCs/>
                <w:sz w:val="24"/>
                <w:szCs w:val="24"/>
                <w:lang w:val="pt-BR"/>
              </w:rPr>
            </w:pPr>
            <w:r>
              <w:rPr>
                <w:iCs/>
                <w:sz w:val="24"/>
                <w:szCs w:val="24"/>
                <w:lang w:val="pt-BR"/>
              </w:rPr>
              <w:t>Substitua este texto pelo nome da secretaria responsável, quando distinta do órgão.</w:t>
            </w:r>
          </w:p>
        </w:tc>
      </w:tr>
      <w:tr w:rsidR="00DC6F6C" w:rsidRPr="00616B7B" w14:paraId="6890B14E" w14:textId="77777777" w:rsidTr="00616B7B">
        <w:trPr>
          <w:jc w:val="center"/>
        </w:trPr>
        <w:tc>
          <w:tcPr>
            <w:tcW w:w="2431" w:type="dxa"/>
            <w:vAlign w:val="center"/>
          </w:tcPr>
          <w:p w14:paraId="61027F3A" w14:textId="655B5670" w:rsidR="00DC6F6C" w:rsidRPr="00616B7B" w:rsidRDefault="00616B7B" w:rsidP="00616B7B">
            <w:pPr>
              <w:spacing w:after="120"/>
              <w:rPr>
                <w:sz w:val="24"/>
                <w:szCs w:val="24"/>
                <w:lang w:val="pt-BR"/>
              </w:rPr>
            </w:pPr>
            <w:r>
              <w:rPr>
                <w:b/>
                <w:sz w:val="24"/>
                <w:szCs w:val="24"/>
                <w:lang w:val="pt-BR"/>
              </w:rPr>
              <w:t>Nome do responsável pela iniciativa</w:t>
            </w:r>
          </w:p>
        </w:tc>
        <w:tc>
          <w:tcPr>
            <w:tcW w:w="6449" w:type="dxa"/>
            <w:vAlign w:val="center"/>
          </w:tcPr>
          <w:p w14:paraId="37D7B03C" w14:textId="77777777" w:rsidR="00DC6F6C" w:rsidRPr="00616B7B" w:rsidRDefault="00000000" w:rsidP="00616B7B">
            <w:pPr>
              <w:spacing w:after="120"/>
              <w:rPr>
                <w:iCs/>
                <w:sz w:val="24"/>
                <w:szCs w:val="24"/>
                <w:lang w:val="pt-BR"/>
              </w:rPr>
            </w:pPr>
            <w:r>
              <w:rPr>
                <w:iCs/>
                <w:sz w:val="24"/>
                <w:szCs w:val="24"/>
                <w:lang w:val="pt-BR"/>
              </w:rPr>
              <w:t>Substitua este texto pelo nome completo do responsável.</w:t>
            </w:r>
          </w:p>
        </w:tc>
      </w:tr>
      <w:tr w:rsidR="00DC6F6C" w:rsidRPr="00616B7B" w14:paraId="557C1D5C" w14:textId="77777777" w:rsidTr="00616B7B">
        <w:trPr>
          <w:jc w:val="center"/>
        </w:trPr>
        <w:tc>
          <w:tcPr>
            <w:tcW w:w="2431" w:type="dxa"/>
            <w:vAlign w:val="center"/>
          </w:tcPr>
          <w:p w14:paraId="11EEF06E" w14:textId="77777777" w:rsidR="00DC6F6C" w:rsidRPr="00616B7B" w:rsidRDefault="00000000" w:rsidP="00616B7B">
            <w:pPr>
              <w:spacing w:after="120"/>
              <w:rPr>
                <w:sz w:val="24"/>
                <w:szCs w:val="24"/>
                <w:lang w:val="pt-BR"/>
              </w:rPr>
            </w:pPr>
            <w:r>
              <w:rPr>
                <w:b/>
                <w:sz w:val="24"/>
                <w:szCs w:val="24"/>
                <w:lang w:val="pt-BR"/>
              </w:rPr>
              <w:t>Cargo/Função</w:t>
            </w:r>
          </w:p>
        </w:tc>
        <w:tc>
          <w:tcPr>
            <w:tcW w:w="6449" w:type="dxa"/>
            <w:vAlign w:val="center"/>
          </w:tcPr>
          <w:p w14:paraId="168A5F71" w14:textId="77777777" w:rsidR="00DC6F6C" w:rsidRPr="00616B7B" w:rsidRDefault="00000000" w:rsidP="00616B7B">
            <w:pPr>
              <w:spacing w:after="120"/>
              <w:rPr>
                <w:iCs/>
                <w:sz w:val="24"/>
                <w:szCs w:val="24"/>
                <w:lang w:val="pt-BR"/>
              </w:rPr>
            </w:pPr>
            <w:r>
              <w:rPr>
                <w:iCs/>
                <w:sz w:val="24"/>
                <w:szCs w:val="24"/>
                <w:lang w:val="pt-BR"/>
              </w:rPr>
              <w:t>Substitua este texto pelo cargo ou função do responsável.</w:t>
            </w:r>
          </w:p>
        </w:tc>
      </w:tr>
      <w:tr w:rsidR="00DC6F6C" w:rsidRPr="00616B7B" w14:paraId="59B24922" w14:textId="77777777" w:rsidTr="00616B7B">
        <w:trPr>
          <w:jc w:val="center"/>
        </w:trPr>
        <w:tc>
          <w:tcPr>
            <w:tcW w:w="2431" w:type="dxa"/>
            <w:vAlign w:val="center"/>
          </w:tcPr>
          <w:p w14:paraId="157F2BD0" w14:textId="77777777" w:rsidR="00DC6F6C" w:rsidRPr="00616B7B" w:rsidRDefault="00000000" w:rsidP="00616B7B">
            <w:pPr>
              <w:spacing w:after="120"/>
              <w:rPr>
                <w:sz w:val="24"/>
                <w:szCs w:val="24"/>
                <w:lang w:val="pt-BR"/>
              </w:rPr>
            </w:pPr>
            <w:r>
              <w:rPr>
                <w:b/>
                <w:sz w:val="24"/>
                <w:szCs w:val="24"/>
                <w:lang w:val="pt-BR"/>
              </w:rPr>
              <w:t>Período de execução</w:t>
            </w:r>
          </w:p>
        </w:tc>
        <w:tc>
          <w:tcPr>
            <w:tcW w:w="6449" w:type="dxa"/>
            <w:vAlign w:val="center"/>
          </w:tcPr>
          <w:p w14:paraId="4AC098CA" w14:textId="77777777" w:rsidR="00DC6F6C" w:rsidRPr="00616B7B" w:rsidRDefault="00000000" w:rsidP="00616B7B">
            <w:pPr>
              <w:spacing w:after="120"/>
              <w:rPr>
                <w:iCs/>
                <w:sz w:val="24"/>
                <w:szCs w:val="24"/>
                <w:lang w:val="pt-BR"/>
              </w:rPr>
            </w:pPr>
            <w:r>
              <w:rPr>
                <w:iCs/>
                <w:sz w:val="24"/>
                <w:szCs w:val="24"/>
                <w:lang w:val="pt-BR"/>
              </w:rPr>
              <w:t>Substitua este texto pelo mês/ano de início e, quando houver, de término; ou informe “em execução”.</w:t>
            </w:r>
          </w:p>
        </w:tc>
      </w:tr>
      <w:tr w:rsidR="00DC6F6C" w:rsidRPr="00616B7B" w14:paraId="0EBD9199" w14:textId="77777777" w:rsidTr="00616B7B">
        <w:trPr>
          <w:jc w:val="center"/>
        </w:trPr>
        <w:tc>
          <w:tcPr>
            <w:tcW w:w="2431" w:type="dxa"/>
            <w:vAlign w:val="center"/>
          </w:tcPr>
          <w:p w14:paraId="27AC8FB2" w14:textId="77777777" w:rsidR="00DC6F6C" w:rsidRPr="00616B7B" w:rsidRDefault="00000000" w:rsidP="00616B7B">
            <w:pPr>
              <w:spacing w:after="120"/>
              <w:rPr>
                <w:sz w:val="24"/>
                <w:szCs w:val="24"/>
                <w:lang w:val="pt-BR"/>
              </w:rPr>
            </w:pPr>
            <w:r>
              <w:rPr>
                <w:b/>
                <w:sz w:val="24"/>
                <w:szCs w:val="24"/>
                <w:lang w:val="pt-BR"/>
              </w:rPr>
              <w:t>Situação da iniciativa</w:t>
            </w:r>
          </w:p>
        </w:tc>
        <w:tc>
          <w:tcPr>
            <w:tcW w:w="6449" w:type="dxa"/>
            <w:vAlign w:val="center"/>
          </w:tcPr>
          <w:p w14:paraId="22115A2F" w14:textId="77777777" w:rsidR="00DC6F6C" w:rsidRPr="00616B7B" w:rsidRDefault="00000000" w:rsidP="00616B7B">
            <w:pPr>
              <w:spacing w:after="120"/>
              <w:rPr>
                <w:iCs/>
                <w:sz w:val="24"/>
                <w:szCs w:val="24"/>
                <w:lang w:val="pt-BR"/>
              </w:rPr>
            </w:pPr>
            <w:r>
              <w:rPr>
                <w:iCs/>
                <w:sz w:val="24"/>
                <w:szCs w:val="24"/>
                <w:lang w:val="pt-BR"/>
              </w:rPr>
              <w:t xml:space="preserve">Substitua este texto por: Em implantação, </w:t>
            </w:r>
            <w:proofErr w:type="gramStart"/>
            <w:r>
              <w:rPr>
                <w:iCs/>
                <w:sz w:val="24"/>
                <w:szCs w:val="24"/>
                <w:lang w:val="pt-BR"/>
              </w:rPr>
              <w:t>Em</w:t>
            </w:r>
            <w:proofErr w:type="gramEnd"/>
            <w:r>
              <w:rPr>
                <w:iCs/>
                <w:sz w:val="24"/>
                <w:szCs w:val="24"/>
                <w:lang w:val="pt-BR"/>
              </w:rPr>
              <w:t xml:space="preserve"> execução, Consolidada ou Concluída.</w:t>
            </w:r>
          </w:p>
        </w:tc>
      </w:tr>
      <w:tr w:rsidR="00DC6F6C" w:rsidRPr="00616B7B" w14:paraId="2E7BBFC7" w14:textId="77777777" w:rsidTr="00616B7B">
        <w:trPr>
          <w:jc w:val="center"/>
        </w:trPr>
        <w:tc>
          <w:tcPr>
            <w:tcW w:w="2431" w:type="dxa"/>
            <w:vAlign w:val="center"/>
          </w:tcPr>
          <w:p w14:paraId="198749DD" w14:textId="6692AA7C" w:rsidR="00DC6F6C" w:rsidRPr="00616B7B" w:rsidRDefault="00000000" w:rsidP="00616B7B">
            <w:pPr>
              <w:spacing w:after="120"/>
              <w:rPr>
                <w:sz w:val="24"/>
                <w:szCs w:val="24"/>
                <w:lang w:val="pt-BR"/>
              </w:rPr>
            </w:pPr>
            <w:r>
              <w:rPr>
                <w:b/>
                <w:sz w:val="24"/>
                <w:szCs w:val="24"/>
                <w:lang w:val="pt-BR"/>
              </w:rPr>
              <w:t>ODS indicados ou Gestão Responsável (indicar até três)</w:t>
            </w:r>
          </w:p>
        </w:tc>
        <w:tc>
          <w:tcPr>
            <w:tcW w:w="6449" w:type="dxa"/>
            <w:vAlign w:val="center"/>
          </w:tcPr>
          <w:p w14:paraId="76296E5C" w14:textId="77777777" w:rsidR="00DC6F6C" w:rsidRPr="00616B7B" w:rsidRDefault="00000000" w:rsidP="00616B7B">
            <w:pPr>
              <w:spacing w:after="120"/>
              <w:rPr>
                <w:iCs/>
                <w:sz w:val="24"/>
                <w:szCs w:val="24"/>
                <w:lang w:val="pt-BR"/>
              </w:rPr>
            </w:pPr>
            <w:r>
              <w:rPr>
                <w:iCs/>
                <w:sz w:val="24"/>
                <w:szCs w:val="24"/>
                <w:lang w:val="pt-BR"/>
              </w:rPr>
              <w:t>Substitua este texto pelos ODS indicados, com número e nomenclatura oficial.</w:t>
            </w:r>
          </w:p>
        </w:tc>
      </w:tr>
    </w:tbl>
    <w:p w14:paraId="31F45AAE" w14:textId="77777777" w:rsidR="00616B7B" w:rsidRPr="00616B7B" w:rsidRDefault="00616B7B" w:rsidP="00616B7B">
      <w:pPr>
        <w:spacing w:after="120"/>
        <w:rPr>
          <w:b/>
          <w:sz w:val="24"/>
          <w:lang w:val="pt-BR"/>
        </w:rPr>
      </w:pPr>
    </w:p>
    <w:p w14:paraId="5C78EE9D" w14:textId="637F9E9A" w:rsidR="00DC6F6C" w:rsidRPr="00616B7B" w:rsidRDefault="00000000" w:rsidP="00616B7B">
      <w:pPr>
        <w:spacing w:after="120"/>
        <w:rPr>
          <w:lang w:val="pt-BR"/>
        </w:rPr>
      </w:pPr>
      <w:r>
        <w:rPr>
          <w:b/>
          <w:sz w:val="24"/>
          <w:lang w:val="pt-BR"/>
        </w:rPr>
        <w:t>Resumo Expandido da Iniciativa</w:t>
      </w:r>
    </w:p>
    <w:p w14:paraId="2666D527" w14:textId="77777777" w:rsidR="00DC6F6C" w:rsidRPr="00616B7B" w:rsidRDefault="00000000" w:rsidP="00616B7B">
      <w:pPr>
        <w:spacing w:after="120" w:line="360" w:lineRule="auto"/>
        <w:ind w:firstLine="709"/>
        <w:jc w:val="both"/>
        <w:rPr>
          <w:iCs/>
          <w:lang w:val="pt-BR"/>
        </w:rPr>
      </w:pPr>
      <w:r>
        <w:rPr>
          <w:iCs/>
          <w:sz w:val="24"/>
          <w:lang w:val="pt-BR"/>
        </w:rPr>
        <w:t>Substitua integralmente este texto pelo Resumo Expandido da Iniciativa. Em texto corrido e de maneira articulada, apresente: o que é a iniciativa, onde e desde quando é executada e qual sua finalidade; o contexto e o problema que motivaram sua criação; a justificativa e os objetivos; a forma de implementação; os principais resultados e indicadores utilizados; os aspectos inovadores; os impactos produzidos; o potencial de replicabilidade; a contribuição para os Objetivos de Desenvolvimento Sustentável e para a Gestão Responsável; as principais lições aprendidas; e uma síntese conclusiva. O texto deverá conter entre 600 e 1.000 palavras e não poderá ser subdividido em tópicos nem incluir tabelas, figuras, fotografias, gráficos, links, notas de rodapé, referências bibliográficas ou anexos.</w:t>
      </w:r>
    </w:p>
    <w:p w14:paraId="520C0405" w14:textId="4E61D598" w:rsidR="00DC6F6C" w:rsidRPr="00616B7B" w:rsidRDefault="00000000" w:rsidP="00616B7B">
      <w:pPr>
        <w:spacing w:after="120"/>
        <w:rPr>
          <w:lang w:val="pt-BR"/>
        </w:rPr>
      </w:pPr>
      <w:r>
        <w:rPr>
          <w:b/>
          <w:sz w:val="24"/>
          <w:lang w:val="pt-BR"/>
        </w:rPr>
        <w:t xml:space="preserve">Palavras-chave: </w:t>
      </w:r>
      <w:r>
        <w:rPr>
          <w:iCs/>
          <w:sz w:val="24"/>
          <w:lang w:val="pt-BR"/>
        </w:rPr>
        <w:t>substitua este texto por três a cinco palavras-chave, separadas por ponto.</w:t>
      </w:r>
    </w:p>
    <w:sectPr w:rsidR="00DC6F6C" w:rsidRPr="00616B7B" w:rsidSect="009E1BDD">
      <w:headerReference w:type="default" r:id="rId8"/>
      <w:footerReference w:type="default" r:id="rId9"/>
      <w:pgSz w:w="12240" w:h="15840"/>
      <w:pgMar w:top="2410"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1E01" w14:textId="77777777" w:rsidR="003D4586" w:rsidRDefault="003D4586">
      <w:pPr>
        <w:spacing w:after="0" w:line="240" w:lineRule="auto"/>
      </w:pPr>
      <w:r>
        <w:separator/>
      </w:r>
    </w:p>
  </w:endnote>
  <w:endnote w:type="continuationSeparator" w:id="0">
    <w:p w14:paraId="27DB8D05" w14:textId="77777777" w:rsidR="003D4586" w:rsidRDefault="003D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7A64" w14:textId="078DAE7C" w:rsidR="00DC6F6C" w:rsidRDefault="00DC6F6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76F40" w14:textId="77777777" w:rsidR="003D4586" w:rsidRDefault="003D4586">
      <w:pPr>
        <w:spacing w:after="0" w:line="240" w:lineRule="auto"/>
      </w:pPr>
      <w:r>
        <w:separator/>
      </w:r>
    </w:p>
  </w:footnote>
  <w:footnote w:type="continuationSeparator" w:id="0">
    <w:p w14:paraId="0CF62B6A" w14:textId="77777777" w:rsidR="003D4586" w:rsidRDefault="003D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534D" w14:textId="791BA966" w:rsidR="00DC6F6C" w:rsidRPr="009E1BDD" w:rsidRDefault="009E1BDD" w:rsidP="009E1BDD">
    <w:pPr>
      <w:pStyle w:val="Cabealho"/>
    </w:pPr>
    <w:r>
      <w:rPr>
        <w:noProof/>
      </w:rPr>
      <w:drawing>
        <wp:anchor distT="0" distB="0" distL="114300" distR="114300" simplePos="0" relativeHeight="251657216" behindDoc="0" locked="0" layoutInCell="1" allowOverlap="1" wp14:anchorId="353E9BFA" wp14:editId="1DDC2D9D">
          <wp:simplePos x="0" y="0"/>
          <wp:positionH relativeFrom="column">
            <wp:posOffset>-1061085</wp:posOffset>
          </wp:positionH>
          <wp:positionV relativeFrom="paragraph">
            <wp:posOffset>-457200</wp:posOffset>
          </wp:positionV>
          <wp:extent cx="7769004" cy="1390650"/>
          <wp:effectExtent l="0" t="0" r="3810" b="0"/>
          <wp:wrapSquare wrapText="bothSides"/>
          <wp:docPr id="12533828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81447" name="Imagem 1997681447"/>
                  <pic:cNvPicPr/>
                </pic:nvPicPr>
                <pic:blipFill>
                  <a:blip r:embed="rId1"/>
                  <a:stretch>
                    <a:fillRect/>
                  </a:stretch>
                </pic:blipFill>
                <pic:spPr>
                  <a:xfrm>
                    <a:off x="0" y="0"/>
                    <a:ext cx="7769418" cy="13907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01215023">
    <w:abstractNumId w:val="8"/>
  </w:num>
  <w:num w:numId="2" w16cid:durableId="1543127152">
    <w:abstractNumId w:val="6"/>
  </w:num>
  <w:num w:numId="3" w16cid:durableId="1746565926">
    <w:abstractNumId w:val="5"/>
  </w:num>
  <w:num w:numId="4" w16cid:durableId="544681937">
    <w:abstractNumId w:val="4"/>
  </w:num>
  <w:num w:numId="5" w16cid:durableId="1724139617">
    <w:abstractNumId w:val="7"/>
  </w:num>
  <w:num w:numId="6" w16cid:durableId="1682388217">
    <w:abstractNumId w:val="3"/>
  </w:num>
  <w:num w:numId="7" w16cid:durableId="1484660903">
    <w:abstractNumId w:val="2"/>
  </w:num>
  <w:num w:numId="8" w16cid:durableId="300772139">
    <w:abstractNumId w:val="1"/>
  </w:num>
  <w:num w:numId="9" w16cid:durableId="197355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1577"/>
    <w:rsid w:val="00130EBD"/>
    <w:rsid w:val="0013450B"/>
    <w:rsid w:val="00136BE5"/>
    <w:rsid w:val="0015074B"/>
    <w:rsid w:val="00283BA9"/>
    <w:rsid w:val="0029639D"/>
    <w:rsid w:val="00306C5F"/>
    <w:rsid w:val="00326F90"/>
    <w:rsid w:val="003D4586"/>
    <w:rsid w:val="00616B7B"/>
    <w:rsid w:val="006E251F"/>
    <w:rsid w:val="007C0387"/>
    <w:rsid w:val="00802E51"/>
    <w:rsid w:val="00884A62"/>
    <w:rsid w:val="009A5CCC"/>
    <w:rsid w:val="009E1BDD"/>
    <w:rsid w:val="009E60F2"/>
    <w:rsid w:val="00AA1D8D"/>
    <w:rsid w:val="00B03548"/>
    <w:rsid w:val="00B17481"/>
    <w:rsid w:val="00B47730"/>
    <w:rsid w:val="00B76DB0"/>
    <w:rsid w:val="00BD2C3F"/>
    <w:rsid w:val="00BF3AED"/>
    <w:rsid w:val="00CB0664"/>
    <w:rsid w:val="00D16886"/>
    <w:rsid w:val="00D77A97"/>
    <w:rsid w:val="00DC6F6C"/>
    <w:rsid w:val="00E87121"/>
    <w:rsid w:val="00EB11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57BF1B"/>
  <w14:defaultImageDpi w14:val="300"/>
  <w15:docId w15:val="{B02FCD40-88D2-4711-92C7-2F6F1CCB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1372</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FABRINA MOREIRA SILVA</cp:lastModifiedBy>
  <cp:revision>6</cp:revision>
  <dcterms:created xsi:type="dcterms:W3CDTF">2026-08-07T00:45:00Z</dcterms:created>
  <dcterms:modified xsi:type="dcterms:W3CDTF">2026-08-11T15:02:00Z</dcterms:modified>
  <cp:category/>
</cp:coreProperties>
</file>